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904" w:type="dxa"/>
        <w:tblLook w:val="04A0" w:firstRow="1" w:lastRow="0" w:firstColumn="1" w:lastColumn="0" w:noHBand="0" w:noVBand="1"/>
      </w:tblPr>
      <w:tblGrid>
        <w:gridCol w:w="10031"/>
        <w:gridCol w:w="4873"/>
      </w:tblGrid>
      <w:tr w:rsidR="001073ED" w:rsidRPr="001073ED" w14:paraId="75B023B8" w14:textId="77777777" w:rsidTr="003C105E">
        <w:tc>
          <w:tcPr>
            <w:tcW w:w="10031" w:type="dxa"/>
            <w:vAlign w:val="center"/>
          </w:tcPr>
          <w:p w14:paraId="7D448017" w14:textId="133378E1" w:rsidR="001073ED" w:rsidRPr="001073ED" w:rsidRDefault="001073ED" w:rsidP="001073ED">
            <w:pPr>
              <w:spacing w:after="60"/>
              <w:jc w:val="center"/>
              <w:rPr>
                <w:rFonts w:cs="Times New Roman"/>
                <w:sz w:val="24"/>
                <w:szCs w:val="24"/>
                <w:lang w:val="it-IT"/>
              </w:rPr>
            </w:pPr>
            <w:bookmarkStart w:id="0" w:name="_GoBack"/>
            <w:bookmarkEnd w:id="0"/>
            <w:r w:rsidRPr="001073ED">
              <w:rPr>
                <w:rFonts w:cs="Times New Roman"/>
                <w:b/>
                <w:sz w:val="24"/>
                <w:szCs w:val="24"/>
                <w:lang w:val="it-IT"/>
              </w:rPr>
              <w:t>ALLEGATO A</w:t>
            </w:r>
          </w:p>
          <w:p w14:paraId="47F2E166" w14:textId="77777777" w:rsidR="001073ED" w:rsidRPr="001073ED" w:rsidRDefault="001073ED" w:rsidP="001073ED">
            <w:pPr>
              <w:spacing w:after="160"/>
              <w:jc w:val="center"/>
              <w:rPr>
                <w:rFonts w:cs="Times New Roman"/>
                <w:sz w:val="24"/>
                <w:szCs w:val="24"/>
                <w:lang w:val="it-IT"/>
              </w:rPr>
            </w:pPr>
            <w:r w:rsidRPr="001073ED">
              <w:rPr>
                <w:rFonts w:cs="Times New Roman"/>
                <w:b/>
                <w:sz w:val="24"/>
                <w:szCs w:val="24"/>
                <w:lang w:val="it-IT"/>
              </w:rPr>
              <w:t>MODELLO DI MANIFESTAZIONE DI INTERESSE</w:t>
            </w:r>
          </w:p>
          <w:p w14:paraId="4BBDE763" w14:textId="77777777" w:rsidR="001073ED" w:rsidRPr="008D68CE" w:rsidRDefault="001073ED" w:rsidP="001073ED">
            <w:pPr>
              <w:spacing w:after="240"/>
              <w:jc w:val="center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b/>
                <w:sz w:val="24"/>
                <w:szCs w:val="24"/>
                <w:lang w:val="it-IT"/>
              </w:rPr>
              <w:t>ALLA FRUIZIONE DEL SERVIZIO DI ASILO NIDO COMUNALE DI BOMPIETRO</w:t>
            </w:r>
          </w:p>
          <w:p w14:paraId="4F6298EE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Al Comune di Bompietro</w:t>
            </w:r>
          </w:p>
          <w:p w14:paraId="1491C5BE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Al Comune di Blufi</w:t>
            </w:r>
          </w:p>
          <w:p w14:paraId="375BD75A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b/>
                <w:sz w:val="24"/>
                <w:szCs w:val="24"/>
                <w:lang w:val="it-IT"/>
              </w:rPr>
              <w:t>OGGETTO:</w:t>
            </w:r>
            <w:r w:rsidRPr="008D68CE">
              <w:rPr>
                <w:rFonts w:cs="Times New Roman"/>
                <w:sz w:val="24"/>
                <w:szCs w:val="24"/>
                <w:lang w:val="it-IT"/>
              </w:rPr>
              <w:t xml:space="preserve"> Manifestazione di interesse alla fruizione del servizio di asilo nido comunale di Bompietro.</w:t>
            </w:r>
          </w:p>
          <w:p w14:paraId="59615C8E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 xml:space="preserve">Il/La sottoscritto/a ________________________________________________, nato/a </w:t>
            </w:r>
            <w:proofErr w:type="spellStart"/>
            <w:r w:rsidRPr="008D68CE">
              <w:rPr>
                <w:rFonts w:cs="Times New Roman"/>
                <w:sz w:val="24"/>
                <w:szCs w:val="24"/>
                <w:lang w:val="it-IT"/>
              </w:rPr>
              <w:t>a</w:t>
            </w:r>
            <w:proofErr w:type="spellEnd"/>
            <w:r w:rsidRPr="008D68CE">
              <w:rPr>
                <w:rFonts w:cs="Times New Roman"/>
                <w:sz w:val="24"/>
                <w:szCs w:val="24"/>
                <w:lang w:val="it-IT"/>
              </w:rPr>
              <w:t xml:space="preserve"> ______________________________ il ________________, residente nel Comune di ______________________________, Via/Piazza __________________________________________ n. ______, codice fiscale __________________________________________, telefono ______________________________, e-mail ________________________________________________,</w:t>
            </w:r>
          </w:p>
          <w:p w14:paraId="07288AA8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cs="Times New Roman"/>
                <w:sz w:val="24"/>
                <w:szCs w:val="24"/>
              </w:rPr>
              <w:t xml:space="preserve">in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qualità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di:</w:t>
            </w:r>
          </w:p>
          <w:p w14:paraId="395C050E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genitore</w:t>
            </w:r>
            <w:proofErr w:type="spellEnd"/>
          </w:p>
          <w:p w14:paraId="1A3AC281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tutore</w:t>
            </w:r>
            <w:proofErr w:type="spellEnd"/>
          </w:p>
          <w:p w14:paraId="5B448F3A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esercente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la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responsabilità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genitoriale</w:t>
            </w:r>
            <w:proofErr w:type="spellEnd"/>
          </w:p>
          <w:p w14:paraId="70377F08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cs="Times New Roman"/>
                <w:sz w:val="24"/>
                <w:szCs w:val="24"/>
              </w:rPr>
              <w:t>del bambino/a:</w:t>
            </w:r>
          </w:p>
          <w:p w14:paraId="1C114361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cs="Times New Roman"/>
                <w:sz w:val="24"/>
                <w:szCs w:val="24"/>
              </w:rPr>
              <w:t xml:space="preserve">Nome e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cognome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________________________________________________________________</w:t>
            </w:r>
          </w:p>
          <w:p w14:paraId="5D52A240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D68CE">
              <w:rPr>
                <w:rFonts w:cs="Times New Roman"/>
                <w:sz w:val="24"/>
                <w:szCs w:val="24"/>
              </w:rPr>
              <w:t>nato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/a a __________________________________________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il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____________________________</w:t>
            </w:r>
          </w:p>
          <w:p w14:paraId="46274C10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D68CE">
              <w:rPr>
                <w:rFonts w:cs="Times New Roman"/>
                <w:sz w:val="24"/>
                <w:szCs w:val="24"/>
              </w:rPr>
              <w:t>codice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fiscale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_________________________________________________________________</w:t>
            </w:r>
          </w:p>
          <w:p w14:paraId="6C9DE158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D68CE">
              <w:rPr>
                <w:rFonts w:cs="Times New Roman"/>
                <w:sz w:val="24"/>
                <w:szCs w:val="24"/>
              </w:rPr>
              <w:t>residente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nel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Comune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di ________________________________________________________</w:t>
            </w:r>
          </w:p>
          <w:p w14:paraId="7FDADD82" w14:textId="77777777" w:rsidR="001073ED" w:rsidRPr="008D68CE" w:rsidRDefault="001073ED" w:rsidP="001073ED">
            <w:pPr>
              <w:spacing w:after="120"/>
              <w:jc w:val="center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cs="Times New Roman"/>
                <w:b/>
                <w:sz w:val="24"/>
                <w:szCs w:val="24"/>
              </w:rPr>
              <w:t>MANIFESTA IL PROPRIO INTERESSE</w:t>
            </w:r>
          </w:p>
          <w:p w14:paraId="0A70BDD7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alla possibile iscrizione e frequenza del minore sopra indicato presso il nuovo asilo nido comunale di Bompietro, la cui attivazione è prevista, in via presuntiva, nel mese di ottobre 2026.</w:t>
            </w:r>
          </w:p>
          <w:p w14:paraId="222F8D17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A fini esclusivamente conoscitivi e di programmazione dichiara inoltre:</w:t>
            </w:r>
          </w:p>
          <w:p w14:paraId="154476BC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b/>
                <w:sz w:val="24"/>
                <w:szCs w:val="24"/>
                <w:lang w:val="it-IT"/>
              </w:rPr>
              <w:t>Fascia di frequenza indicativamente preferita:</w:t>
            </w:r>
          </w:p>
          <w:p w14:paraId="7E8BD9CB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tempo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pieno</w:t>
            </w:r>
            <w:proofErr w:type="spellEnd"/>
          </w:p>
          <w:p w14:paraId="562F363C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tempo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parziale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antimeridiano</w:t>
            </w:r>
            <w:proofErr w:type="spellEnd"/>
          </w:p>
          <w:p w14:paraId="6C406E71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tempo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parziale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pomeridiano</w:t>
            </w:r>
            <w:proofErr w:type="spellEnd"/>
          </w:p>
          <w:p w14:paraId="7ED9CC4C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indifferente</w:t>
            </w:r>
            <w:proofErr w:type="spellEnd"/>
          </w:p>
          <w:p w14:paraId="047F8B81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Periodo dal quale si avrebbe interesse alla frequenza:</w:t>
            </w:r>
          </w:p>
          <w:p w14:paraId="2C178C23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______________________________________________________________________________</w:t>
            </w:r>
          </w:p>
          <w:p w14:paraId="23265A1E" w14:textId="77777777" w:rsidR="001073ED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</w:p>
          <w:p w14:paraId="1E67DE01" w14:textId="26A5010F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Qualora il servizio fosse disponibile, la famiglia sarebbe concretamente interessata alla frequenza?</w:t>
            </w:r>
          </w:p>
          <w:p w14:paraId="11BC8430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certamente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sì</w:t>
            </w:r>
            <w:proofErr w:type="spellEnd"/>
          </w:p>
          <w:p w14:paraId="0827E548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presumibilmente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sì</w:t>
            </w:r>
            <w:proofErr w:type="spellEnd"/>
          </w:p>
          <w:p w14:paraId="7D93A556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8D68CE">
              <w:rPr>
                <w:rFonts w:cs="Times New Roman"/>
                <w:sz w:val="24"/>
                <w:szCs w:val="24"/>
                <w:lang w:val="it-IT"/>
              </w:rPr>
              <w:t xml:space="preserve"> da valutare in relazione alla retta</w:t>
            </w:r>
          </w:p>
          <w:p w14:paraId="243ADE90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  <w:r w:rsidRPr="008D68CE">
              <w:rPr>
                <w:rFonts w:cs="Times New Roman"/>
                <w:sz w:val="24"/>
                <w:szCs w:val="24"/>
                <w:lang w:val="it-IT"/>
              </w:rPr>
              <w:t xml:space="preserve"> da valutare in relazione agli orari</w:t>
            </w:r>
          </w:p>
          <w:p w14:paraId="0178F9C8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L’interesse alla frequenza sarebbe condizionato all’entità della retta mensile?</w:t>
            </w:r>
          </w:p>
          <w:p w14:paraId="19131B5D" w14:textId="77777777" w:rsidR="001073ED" w:rsidRPr="008D68CE" w:rsidRDefault="001073ED" w:rsidP="001073ED">
            <w:pPr>
              <w:pStyle w:val="Puntoelenco"/>
              <w:spacing w:after="40"/>
              <w:ind w:left="340"/>
              <w:rPr>
                <w:rFonts w:cs="Times New Roman"/>
                <w:sz w:val="24"/>
                <w:szCs w:val="24"/>
              </w:rPr>
            </w:pP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D68CE">
              <w:rPr>
                <w:rFonts w:cs="Times New Roman"/>
                <w:sz w:val="24"/>
                <w:szCs w:val="24"/>
              </w:rPr>
              <w:t>sì</w:t>
            </w:r>
            <w:proofErr w:type="spellEnd"/>
            <w:r w:rsidRPr="008D68CE">
              <w:rPr>
                <w:rFonts w:cs="Times New Roman"/>
                <w:sz w:val="24"/>
                <w:szCs w:val="24"/>
              </w:rPr>
              <w:t xml:space="preserve">    </w:t>
            </w:r>
            <w:r w:rsidRPr="008D68C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D68CE">
              <w:rPr>
                <w:rFonts w:cs="Times New Roman"/>
                <w:sz w:val="24"/>
                <w:szCs w:val="24"/>
              </w:rPr>
              <w:t xml:space="preserve"> no</w:t>
            </w:r>
          </w:p>
          <w:p w14:paraId="0D0D90FC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Eventuali osservazioni/esigenze utili alla programmazione del servizio:</w:t>
            </w:r>
          </w:p>
          <w:p w14:paraId="5C7FDC7D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______________________________________________________________________________</w:t>
            </w:r>
          </w:p>
          <w:p w14:paraId="303A8DCD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______________________________________________________________________________</w:t>
            </w:r>
          </w:p>
          <w:p w14:paraId="515EC04C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______________________________________________________________________________</w:t>
            </w:r>
          </w:p>
          <w:p w14:paraId="3B0400BF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Il/La sottoscritto/a dichiara di essere consapevole che la presente manifestazione di interesse ha carattere esclusivamente ricognitivo, non costituisce domanda di iscrizione, non determina alcun diritto all’ammissione e non comporta alcun obbligo alla successiva iscrizione al servizio.</w:t>
            </w:r>
          </w:p>
          <w:p w14:paraId="239D70C3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Dichiara altresì di aver preso visione dell’informativa relativa al trattamento dei dati personali ai sensi del Regolamento (UE) 2016/679.</w:t>
            </w:r>
          </w:p>
          <w:p w14:paraId="69FBA65B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Luogo e data ______________________________________</w:t>
            </w:r>
          </w:p>
          <w:p w14:paraId="7629CFC4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Firma _____________________________________________</w:t>
            </w:r>
          </w:p>
          <w:p w14:paraId="3D1482D2" w14:textId="77777777" w:rsidR="001073ED" w:rsidRPr="008D68CE" w:rsidRDefault="001073ED" w:rsidP="001073ED">
            <w:pPr>
              <w:keepNext/>
              <w:spacing w:before="180" w:after="80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b/>
                <w:sz w:val="24"/>
                <w:szCs w:val="24"/>
                <w:lang w:val="it-IT"/>
              </w:rPr>
              <w:t>INFORMATIVA SINTETICA SUL TRATTAMENTO DEI DATI PERSONALI</w:t>
            </w:r>
          </w:p>
          <w:p w14:paraId="56EB8C6D" w14:textId="77777777" w:rsidR="001073ED" w:rsidRPr="008D68CE" w:rsidRDefault="001073ED" w:rsidP="001073ED">
            <w:pPr>
              <w:spacing w:after="100" w:line="259" w:lineRule="auto"/>
              <w:jc w:val="both"/>
              <w:rPr>
                <w:rFonts w:cs="Times New Roman"/>
                <w:sz w:val="24"/>
                <w:szCs w:val="24"/>
                <w:lang w:val="it-IT"/>
              </w:rPr>
            </w:pPr>
            <w:r w:rsidRPr="008D68CE">
              <w:rPr>
                <w:rFonts w:cs="Times New Roman"/>
                <w:sz w:val="24"/>
                <w:szCs w:val="24"/>
                <w:lang w:val="it-IT"/>
              </w:rPr>
              <w:t>Ai sensi degli articoli 13 e 14 del Regolamento (UE) 2016/679, i dati personali conferiti saranno trattati dai Comuni di Bompietro e Blufi, ciascuno per quanto di propria competenza, esclusivamente per lo svolgimento della presente ricognizione del fabbisogno e per le attività amministrative connesse alla programmazione del servizio di asilo nido. Il conferimento dei dati è necessario per la partecipazione alla rilevazione. I dati saranno trattati con modalità cartacee e informatiche, nel rispetto dei principi di liceità, correttezza, trasparenza, minimizzazione e sicurezza, e saranno conservati per il tempo necessario al perseguimento delle finalità indicate e agli adempimenti di legge. Restano fermi i diritti dell’interessato previsti dagli articoli 15 e seguenti del Regolamento (UE) 2016/679. Per le informazioni complete sul trattamento dei dati e sui recapiti dei titolari e dei rispettivi Responsabili della protezione dei dati si rinvia alle informative privacy pubblicate sui siti istituzionali dei Comuni di Bompietro e Blufi.</w:t>
            </w:r>
          </w:p>
          <w:p w14:paraId="1F7FFDCF" w14:textId="50A35EDA" w:rsidR="001073ED" w:rsidRPr="008D68CE" w:rsidRDefault="001073ED" w:rsidP="003C105E">
            <w:pPr>
              <w:rPr>
                <w:rFonts w:cs="Times New Roman"/>
                <w:sz w:val="24"/>
                <w:szCs w:val="24"/>
                <w:lang w:val="it-IT"/>
              </w:rPr>
            </w:pPr>
          </w:p>
        </w:tc>
        <w:tc>
          <w:tcPr>
            <w:tcW w:w="4873" w:type="dxa"/>
            <w:vAlign w:val="center"/>
          </w:tcPr>
          <w:p w14:paraId="0C38AF77" w14:textId="77777777" w:rsidR="001073ED" w:rsidRPr="008D68CE" w:rsidRDefault="001073ED" w:rsidP="003C105E">
            <w:pPr>
              <w:jc w:val="center"/>
              <w:rPr>
                <w:rFonts w:cs="Times New Roman"/>
                <w:sz w:val="24"/>
                <w:szCs w:val="24"/>
                <w:lang w:val="it-IT"/>
              </w:rPr>
            </w:pPr>
          </w:p>
        </w:tc>
      </w:tr>
    </w:tbl>
    <w:p w14:paraId="6BD9E788" w14:textId="6024DBDF" w:rsidR="000A4044" w:rsidRPr="000A4044" w:rsidRDefault="000A4044" w:rsidP="001073ED">
      <w:pPr>
        <w:tabs>
          <w:tab w:val="left" w:pos="3402"/>
        </w:tabs>
        <w:spacing w:after="0"/>
        <w:rPr>
          <w:rFonts w:cs="Times New Roman"/>
          <w:sz w:val="24"/>
          <w:szCs w:val="24"/>
          <w:lang w:val="it-IT"/>
        </w:rPr>
      </w:pPr>
    </w:p>
    <w:sectPr w:rsidR="000A4044" w:rsidRPr="000A4044" w:rsidSect="00034616">
      <w:headerReference w:type="default" r:id="rId8"/>
      <w:pgSz w:w="11906" w:h="16838"/>
      <w:pgMar w:top="3260" w:right="879" w:bottom="964" w:left="879" w:header="19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F5DA7" w14:textId="77777777" w:rsidR="00280878" w:rsidRDefault="00280878">
      <w:pPr>
        <w:spacing w:after="0" w:line="240" w:lineRule="auto"/>
      </w:pPr>
      <w:r>
        <w:separator/>
      </w:r>
    </w:p>
  </w:endnote>
  <w:endnote w:type="continuationSeparator" w:id="0">
    <w:p w14:paraId="30A223EF" w14:textId="77777777" w:rsidR="00280878" w:rsidRDefault="0028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20B0604020202020204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976AB" w14:textId="77777777" w:rsidR="00280878" w:rsidRDefault="00280878">
      <w:pPr>
        <w:spacing w:after="0" w:line="240" w:lineRule="auto"/>
      </w:pPr>
      <w:r>
        <w:separator/>
      </w:r>
    </w:p>
  </w:footnote>
  <w:footnote w:type="continuationSeparator" w:id="0">
    <w:p w14:paraId="4E507687" w14:textId="77777777" w:rsidR="00280878" w:rsidRDefault="00280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03019" w14:textId="77777777" w:rsidR="00B30868" w:rsidRDefault="00B30868">
    <w:pPr>
      <w:pStyle w:val="Intestazione"/>
    </w:pPr>
  </w:p>
  <w:tbl>
    <w:tblPr>
      <w:tblW w:w="10149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410"/>
      <w:gridCol w:w="5330"/>
      <w:gridCol w:w="2409"/>
    </w:tblGrid>
    <w:tr w:rsidR="00B30868" w14:paraId="15CD9394" w14:textId="77777777">
      <w:trPr>
        <w:jc w:val="center"/>
      </w:trPr>
      <w:tc>
        <w:tcPr>
          <w:tcW w:w="240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021450" w14:textId="77777777" w:rsidR="00B30868" w:rsidRDefault="00B30868">
          <w:pPr>
            <w:spacing w:after="0"/>
            <w:jc w:val="center"/>
          </w:pPr>
        </w:p>
        <w:p w14:paraId="5CD203BF" w14:textId="77777777" w:rsidR="00B30868" w:rsidRDefault="007056D7">
          <w:pPr>
            <w:spacing w:before="120" w:after="0"/>
            <w:jc w:val="center"/>
          </w:pPr>
          <w:r>
            <w:rPr>
              <w:noProof/>
            </w:rPr>
            <w:drawing>
              <wp:inline distT="0" distB="0" distL="0" distR="0" wp14:anchorId="0EFA85D6" wp14:editId="3BED1A90">
                <wp:extent cx="1260000" cy="82942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829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FE6A98C" w14:textId="67711D51" w:rsidR="00B30868" w:rsidRDefault="00657C98">
          <w:pPr>
            <w:spacing w:after="0"/>
            <w:jc w:val="center"/>
          </w:pPr>
          <w:r w:rsidRPr="000A7719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3898621A" wp14:editId="59FD0491">
                <wp:simplePos x="0" y="0"/>
                <wp:positionH relativeFrom="margin">
                  <wp:posOffset>1913255</wp:posOffset>
                </wp:positionH>
                <wp:positionV relativeFrom="margin">
                  <wp:posOffset>8890</wp:posOffset>
                </wp:positionV>
                <wp:extent cx="1003935" cy="1102360"/>
                <wp:effectExtent l="0" t="0" r="0" b="2540"/>
                <wp:wrapSquare wrapText="bothSides"/>
                <wp:docPr id="5" name="Immag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34" t="-27" r="-34" b="-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935" cy="110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220EC85" wp14:editId="6D14FEA3">
                <wp:simplePos x="0" y="0"/>
                <wp:positionH relativeFrom="margin">
                  <wp:posOffset>195580</wp:posOffset>
                </wp:positionH>
                <wp:positionV relativeFrom="margin">
                  <wp:posOffset>144780</wp:posOffset>
                </wp:positionV>
                <wp:extent cx="773430" cy="865505"/>
                <wp:effectExtent l="0" t="0" r="1270" b="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430" cy="865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F036708" w14:textId="5365F190" w:rsidR="00B30868" w:rsidRDefault="00B30868">
          <w:pPr>
            <w:spacing w:after="0"/>
            <w:jc w:val="center"/>
          </w:pPr>
        </w:p>
        <w:p w14:paraId="702A6913" w14:textId="4D91A4EE" w:rsidR="00B30868" w:rsidRPr="003F109C" w:rsidRDefault="00B30868" w:rsidP="00657C98">
          <w:pPr>
            <w:spacing w:after="0" w:line="228" w:lineRule="auto"/>
            <w:jc w:val="center"/>
            <w:rPr>
              <w:lang w:val="it-IT"/>
            </w:rPr>
          </w:pPr>
        </w:p>
      </w:tc>
      <w:tc>
        <w:tcPr>
          <w:tcW w:w="240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0DF21E" w14:textId="77777777" w:rsidR="00B30868" w:rsidRPr="003F109C" w:rsidRDefault="00B30868">
          <w:pPr>
            <w:spacing w:after="0"/>
            <w:jc w:val="center"/>
            <w:rPr>
              <w:lang w:val="it-IT"/>
            </w:rPr>
          </w:pPr>
        </w:p>
        <w:p w14:paraId="000E3840" w14:textId="77777777" w:rsidR="00B30868" w:rsidRDefault="007056D7">
          <w:pPr>
            <w:spacing w:before="200" w:after="120"/>
            <w:jc w:val="center"/>
          </w:pPr>
          <w:r>
            <w:rPr>
              <w:noProof/>
            </w:rPr>
            <w:drawing>
              <wp:inline distT="0" distB="0" distL="0" distR="0" wp14:anchorId="6A9C9674" wp14:editId="1444C5D2">
                <wp:extent cx="468000" cy="333982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3339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C90B070" w14:textId="77777777" w:rsidR="00B30868" w:rsidRDefault="007056D7">
          <w:pPr>
            <w:spacing w:before="40" w:after="0"/>
            <w:jc w:val="center"/>
          </w:pPr>
          <w:r>
            <w:rPr>
              <w:noProof/>
            </w:rPr>
            <w:drawing>
              <wp:inline distT="0" distB="0" distL="0" distR="0" wp14:anchorId="2D65CF6C" wp14:editId="35D33CAC">
                <wp:extent cx="1278000" cy="54199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000" cy="541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0836CD" w14:textId="589F19D1" w:rsidR="00B30868" w:rsidRPr="00657C98" w:rsidRDefault="00657C98" w:rsidP="00657C98">
    <w:pPr>
      <w:pBdr>
        <w:bottom w:val="single" w:sz="4" w:space="1" w:color="808080"/>
      </w:pBdr>
      <w:tabs>
        <w:tab w:val="center" w:pos="3261"/>
        <w:tab w:val="center" w:pos="6237"/>
      </w:tabs>
      <w:spacing w:before="40" w:after="0"/>
      <w:rPr>
        <w:b/>
        <w:bCs/>
        <w:i/>
        <w:iCs/>
        <w:sz w:val="24"/>
        <w:szCs w:val="24"/>
        <w:lang w:val="it-IT"/>
      </w:rPr>
    </w:pPr>
    <w:r>
      <w:rPr>
        <w:lang w:val="it-IT"/>
      </w:rPr>
      <w:tab/>
    </w:r>
    <w:r w:rsidRPr="00657C98">
      <w:rPr>
        <w:b/>
        <w:bCs/>
        <w:i/>
        <w:iCs/>
        <w:sz w:val="24"/>
        <w:szCs w:val="24"/>
        <w:lang w:val="it-IT"/>
      </w:rPr>
      <w:t>Comune di Blufi</w:t>
    </w:r>
    <w:r>
      <w:rPr>
        <w:b/>
        <w:bCs/>
        <w:i/>
        <w:iCs/>
        <w:lang w:val="it-IT"/>
      </w:rPr>
      <w:tab/>
    </w:r>
    <w:r w:rsidRPr="00657C98">
      <w:rPr>
        <w:b/>
        <w:bCs/>
        <w:i/>
        <w:iCs/>
        <w:sz w:val="24"/>
        <w:szCs w:val="24"/>
        <w:lang w:val="it-IT"/>
      </w:rPr>
      <w:t>Comune di Bompietro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43E0A9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6FDCCFD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23B0A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27C6DB7"/>
    <w:multiLevelType w:val="hybridMultilevel"/>
    <w:tmpl w:val="AF7819A8"/>
    <w:lvl w:ilvl="0" w:tplc="1498855A">
      <w:start w:val="1"/>
      <w:numFmt w:val="bullet"/>
      <w:lvlText w:val="-"/>
      <w:lvlJc w:val="left"/>
      <w:pPr>
        <w:ind w:left="360" w:hanging="360"/>
      </w:pPr>
      <w:rPr>
        <w:rFonts w:ascii="STXinwei" w:eastAsia="STXinwei" w:hAnsi="Symbol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610BFA"/>
    <w:multiLevelType w:val="multilevel"/>
    <w:tmpl w:val="567E8518"/>
    <w:lvl w:ilvl="0">
      <w:numFmt w:val="bullet"/>
      <w:lvlText w:val="✓"/>
      <w:lvlJc w:val="left"/>
      <w:pPr>
        <w:tabs>
          <w:tab w:val="num" w:pos="0"/>
        </w:tabs>
        <w:ind w:left="833" w:hanging="360"/>
      </w:pPr>
      <w:rPr>
        <w:rFonts w:ascii="Arial Unicode MS" w:hAnsi="Arial Unicode MS" w:cs="Arial Unicode MS" w:hint="default"/>
        <w:b w:val="0"/>
        <w:w w:val="104"/>
        <w:sz w:val="24"/>
      </w:rPr>
    </w:lvl>
    <w:lvl w:ilvl="1">
      <w:numFmt w:val="bullet"/>
      <w:lvlText w:val="ï"/>
      <w:lvlJc w:val="left"/>
      <w:pPr>
        <w:tabs>
          <w:tab w:val="num" w:pos="0"/>
        </w:tabs>
        <w:ind w:left="840" w:hanging="360"/>
      </w:pPr>
      <w:rPr>
        <w:rFonts w:ascii="OpenSymbol" w:hAnsi="OpenSymbol" w:cs="OpenSymbol" w:hint="default"/>
      </w:rPr>
    </w:lvl>
    <w:lvl w:ilvl="2">
      <w:numFmt w:val="bullet"/>
      <w:lvlText w:val="ï"/>
      <w:lvlJc w:val="left"/>
      <w:pPr>
        <w:tabs>
          <w:tab w:val="num" w:pos="0"/>
        </w:tabs>
        <w:ind w:left="1842" w:hanging="360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2845" w:hanging="360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3848" w:hanging="360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4851" w:hanging="360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5854" w:hanging="360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6857" w:hanging="360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786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11175C52"/>
    <w:multiLevelType w:val="hybridMultilevel"/>
    <w:tmpl w:val="19E00806"/>
    <w:lvl w:ilvl="0" w:tplc="1498855A">
      <w:start w:val="1"/>
      <w:numFmt w:val="bullet"/>
      <w:lvlText w:val="-"/>
      <w:lvlJc w:val="left"/>
      <w:pPr>
        <w:ind w:left="360" w:hanging="360"/>
      </w:pPr>
      <w:rPr>
        <w:rFonts w:ascii="STXinwei" w:eastAsia="STXinwei" w:hAnsi="Symbol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3E30BA"/>
    <w:multiLevelType w:val="multilevel"/>
    <w:tmpl w:val="3874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255BFD"/>
    <w:multiLevelType w:val="multilevel"/>
    <w:tmpl w:val="744261CA"/>
    <w:lvl w:ilvl="0">
      <w:start w:val="1"/>
      <w:numFmt w:val="lowerLetter"/>
      <w:lvlText w:val="%1)"/>
      <w:lvlJc w:val="left"/>
      <w:pPr>
        <w:tabs>
          <w:tab w:val="num" w:pos="0"/>
        </w:tabs>
        <w:ind w:left="833" w:hanging="360"/>
      </w:pPr>
      <w:rPr>
        <w:rFonts w:ascii="Times New Roman" w:hAnsi="Times New Roman" w:cs="Times New Roman"/>
        <w:b w:val="0"/>
        <w:bCs w:val="0"/>
        <w:spacing w:val="-6"/>
        <w:w w:val="99"/>
        <w:sz w:val="24"/>
        <w:szCs w:val="24"/>
      </w:rPr>
    </w:lvl>
    <w:lvl w:ilvl="1">
      <w:numFmt w:val="bullet"/>
      <w:lvlText w:val="ï"/>
      <w:lvlJc w:val="left"/>
      <w:pPr>
        <w:tabs>
          <w:tab w:val="num" w:pos="0"/>
        </w:tabs>
        <w:ind w:left="840" w:hanging="360"/>
      </w:pPr>
      <w:rPr>
        <w:rFonts w:ascii="OpenSymbol" w:hAnsi="OpenSymbol" w:cs="OpenSymbol" w:hint="default"/>
      </w:rPr>
    </w:lvl>
    <w:lvl w:ilvl="2">
      <w:numFmt w:val="bullet"/>
      <w:lvlText w:val="ï"/>
      <w:lvlJc w:val="left"/>
      <w:pPr>
        <w:tabs>
          <w:tab w:val="num" w:pos="0"/>
        </w:tabs>
        <w:ind w:left="1842" w:hanging="360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2845" w:hanging="360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3848" w:hanging="360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4851" w:hanging="360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5854" w:hanging="360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6857" w:hanging="360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786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2CB960FD"/>
    <w:multiLevelType w:val="hybridMultilevel"/>
    <w:tmpl w:val="3140C86A"/>
    <w:lvl w:ilvl="0" w:tplc="1498855A">
      <w:start w:val="1"/>
      <w:numFmt w:val="bullet"/>
      <w:lvlText w:val="-"/>
      <w:lvlJc w:val="left"/>
      <w:pPr>
        <w:ind w:left="360" w:hanging="360"/>
      </w:pPr>
      <w:rPr>
        <w:rFonts w:ascii="STXinwei" w:eastAsia="STXinwei" w:hAnsi="Symbol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711386"/>
    <w:multiLevelType w:val="multilevel"/>
    <w:tmpl w:val="6CF46BF6"/>
    <w:lvl w:ilvl="0">
      <w:start w:val="1"/>
      <w:numFmt w:val="upperRoman"/>
      <w:lvlText w:val="%1"/>
      <w:lvlJc w:val="left"/>
      <w:pPr>
        <w:tabs>
          <w:tab w:val="num" w:pos="0"/>
        </w:tabs>
        <w:ind w:left="113" w:hanging="128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ï"/>
      <w:lvlJc w:val="left"/>
      <w:pPr>
        <w:tabs>
          <w:tab w:val="num" w:pos="0"/>
        </w:tabs>
        <w:ind w:left="1094" w:hanging="128"/>
      </w:pPr>
      <w:rPr>
        <w:rFonts w:ascii="OpenSymbol" w:hAnsi="OpenSymbol" w:cs="OpenSymbol" w:hint="default"/>
      </w:rPr>
    </w:lvl>
    <w:lvl w:ilvl="2">
      <w:numFmt w:val="bullet"/>
      <w:lvlText w:val="ï"/>
      <w:lvlJc w:val="left"/>
      <w:pPr>
        <w:tabs>
          <w:tab w:val="num" w:pos="0"/>
        </w:tabs>
        <w:ind w:left="2069" w:hanging="128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3043" w:hanging="128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4018" w:hanging="128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4993" w:hanging="128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5967" w:hanging="128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6942" w:hanging="128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7917" w:hanging="128"/>
      </w:pPr>
      <w:rPr>
        <w:rFonts w:ascii="OpenSymbol" w:hAnsi="OpenSymbol" w:cs="OpenSymbol" w:hint="default"/>
      </w:rPr>
    </w:lvl>
  </w:abstractNum>
  <w:abstractNum w:abstractNumId="18" w15:restartNumberingAfterBreak="0">
    <w:nsid w:val="36E817D3"/>
    <w:multiLevelType w:val="multilevel"/>
    <w:tmpl w:val="6BB8DB68"/>
    <w:lvl w:ilvl="0">
      <w:numFmt w:val="bullet"/>
      <w:lvlText w:val="✓"/>
      <w:lvlJc w:val="left"/>
      <w:pPr>
        <w:tabs>
          <w:tab w:val="num" w:pos="0"/>
        </w:tabs>
        <w:ind w:left="833" w:hanging="360"/>
      </w:pPr>
      <w:rPr>
        <w:rFonts w:ascii="Arial Unicode MS" w:hAnsi="Arial Unicode MS" w:cs="Arial Unicode MS" w:hint="default"/>
        <w:b w:val="0"/>
        <w:w w:val="104"/>
        <w:sz w:val="24"/>
      </w:rPr>
    </w:lvl>
    <w:lvl w:ilvl="1">
      <w:numFmt w:val="bullet"/>
      <w:lvlText w:val="ï"/>
      <w:lvlJc w:val="left"/>
      <w:pPr>
        <w:tabs>
          <w:tab w:val="num" w:pos="0"/>
        </w:tabs>
        <w:ind w:left="980" w:hanging="360"/>
      </w:pPr>
      <w:rPr>
        <w:rFonts w:ascii="OpenSymbol" w:hAnsi="OpenSymbol" w:cs="OpenSymbol" w:hint="default"/>
      </w:rPr>
    </w:lvl>
    <w:lvl w:ilvl="2">
      <w:numFmt w:val="bullet"/>
      <w:lvlText w:val="ï"/>
      <w:lvlJc w:val="left"/>
      <w:pPr>
        <w:tabs>
          <w:tab w:val="num" w:pos="0"/>
        </w:tabs>
        <w:ind w:left="1967" w:hanging="360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2954" w:hanging="360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3942" w:hanging="360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4929" w:hanging="360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5916" w:hanging="360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6904" w:hanging="360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7891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407C1C6F"/>
    <w:multiLevelType w:val="hybridMultilevel"/>
    <w:tmpl w:val="FCE8F8E2"/>
    <w:lvl w:ilvl="0" w:tplc="1498855A">
      <w:start w:val="1"/>
      <w:numFmt w:val="bullet"/>
      <w:lvlText w:val="-"/>
      <w:lvlJc w:val="left"/>
      <w:pPr>
        <w:ind w:left="360" w:hanging="360"/>
      </w:pPr>
      <w:rPr>
        <w:rFonts w:ascii="STXinwei" w:eastAsia="STXinwei" w:hAnsi="Symbol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DA14B9"/>
    <w:multiLevelType w:val="multilevel"/>
    <w:tmpl w:val="576A056E"/>
    <w:lvl w:ilvl="0">
      <w:start w:val="1"/>
      <w:numFmt w:val="lowerLetter"/>
      <w:lvlText w:val="%1)"/>
      <w:lvlJc w:val="left"/>
      <w:pPr>
        <w:tabs>
          <w:tab w:val="num" w:pos="0"/>
        </w:tabs>
        <w:ind w:left="833" w:hanging="360"/>
      </w:pPr>
      <w:rPr>
        <w:rFonts w:ascii="Times New Roman" w:hAnsi="Times New Roman" w:cs="Times New Roman"/>
        <w:b w:val="0"/>
        <w:bCs w:val="0"/>
        <w:spacing w:val="-6"/>
        <w:w w:val="99"/>
        <w:sz w:val="24"/>
        <w:szCs w:val="24"/>
      </w:rPr>
    </w:lvl>
    <w:lvl w:ilvl="1">
      <w:numFmt w:val="bullet"/>
      <w:lvlText w:val="ï"/>
      <w:lvlJc w:val="left"/>
      <w:pPr>
        <w:tabs>
          <w:tab w:val="num" w:pos="0"/>
        </w:tabs>
        <w:ind w:left="1742" w:hanging="360"/>
      </w:pPr>
      <w:rPr>
        <w:rFonts w:ascii="OpenSymbol" w:hAnsi="OpenSymbol" w:cs="OpenSymbol" w:hint="default"/>
      </w:rPr>
    </w:lvl>
    <w:lvl w:ilvl="2">
      <w:numFmt w:val="bullet"/>
      <w:lvlText w:val="ï"/>
      <w:lvlJc w:val="left"/>
      <w:pPr>
        <w:tabs>
          <w:tab w:val="num" w:pos="0"/>
        </w:tabs>
        <w:ind w:left="2645" w:hanging="360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3547" w:hanging="360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4450" w:hanging="360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5353" w:hanging="360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6255" w:hanging="360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7158" w:hanging="360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8061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4CB73BEA"/>
    <w:multiLevelType w:val="multilevel"/>
    <w:tmpl w:val="8228B7D8"/>
    <w:lvl w:ilvl="0">
      <w:start w:val="1"/>
      <w:numFmt w:val="lowerLetter"/>
      <w:lvlText w:val="%1)"/>
      <w:lvlJc w:val="left"/>
      <w:pPr>
        <w:tabs>
          <w:tab w:val="num" w:pos="0"/>
        </w:tabs>
        <w:ind w:left="833" w:hanging="360"/>
      </w:pPr>
      <w:rPr>
        <w:rFonts w:ascii="Times New Roman" w:hAnsi="Times New Roman" w:cs="Times New Roman"/>
        <w:b w:val="0"/>
        <w:bCs w:val="0"/>
        <w:spacing w:val="-6"/>
        <w:w w:val="99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0"/>
        </w:tabs>
        <w:ind w:left="1145" w:hanging="31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2">
      <w:numFmt w:val="bullet"/>
      <w:lvlText w:val="ï"/>
      <w:lvlJc w:val="left"/>
      <w:pPr>
        <w:tabs>
          <w:tab w:val="num" w:pos="0"/>
        </w:tabs>
        <w:ind w:left="2109" w:hanging="312"/>
      </w:pPr>
      <w:rPr>
        <w:rFonts w:ascii="OpenSymbol" w:hAnsi="OpenSymbol" w:cs="OpenSymbol" w:hint="default"/>
      </w:rPr>
    </w:lvl>
    <w:lvl w:ilvl="3">
      <w:numFmt w:val="bullet"/>
      <w:lvlText w:val="ï"/>
      <w:lvlJc w:val="left"/>
      <w:pPr>
        <w:tabs>
          <w:tab w:val="num" w:pos="0"/>
        </w:tabs>
        <w:ind w:left="3079" w:hanging="312"/>
      </w:pPr>
      <w:rPr>
        <w:rFonts w:ascii="OpenSymbol" w:hAnsi="OpenSymbol" w:cs="OpenSymbol" w:hint="default"/>
      </w:rPr>
    </w:lvl>
    <w:lvl w:ilvl="4">
      <w:numFmt w:val="bullet"/>
      <w:lvlText w:val="ï"/>
      <w:lvlJc w:val="left"/>
      <w:pPr>
        <w:tabs>
          <w:tab w:val="num" w:pos="0"/>
        </w:tabs>
        <w:ind w:left="4048" w:hanging="312"/>
      </w:pPr>
      <w:rPr>
        <w:rFonts w:ascii="OpenSymbol" w:hAnsi="OpenSymbol" w:cs="OpenSymbol" w:hint="default"/>
      </w:rPr>
    </w:lvl>
    <w:lvl w:ilvl="5">
      <w:numFmt w:val="bullet"/>
      <w:lvlText w:val="ï"/>
      <w:lvlJc w:val="left"/>
      <w:pPr>
        <w:tabs>
          <w:tab w:val="num" w:pos="0"/>
        </w:tabs>
        <w:ind w:left="5018" w:hanging="312"/>
      </w:pPr>
      <w:rPr>
        <w:rFonts w:ascii="OpenSymbol" w:hAnsi="OpenSymbol" w:cs="OpenSymbol" w:hint="default"/>
      </w:rPr>
    </w:lvl>
    <w:lvl w:ilvl="6">
      <w:numFmt w:val="bullet"/>
      <w:lvlText w:val="ï"/>
      <w:lvlJc w:val="left"/>
      <w:pPr>
        <w:tabs>
          <w:tab w:val="num" w:pos="0"/>
        </w:tabs>
        <w:ind w:left="5988" w:hanging="312"/>
      </w:pPr>
      <w:rPr>
        <w:rFonts w:ascii="OpenSymbol" w:hAnsi="OpenSymbol" w:cs="OpenSymbol" w:hint="default"/>
      </w:rPr>
    </w:lvl>
    <w:lvl w:ilvl="7">
      <w:numFmt w:val="bullet"/>
      <w:lvlText w:val="ï"/>
      <w:lvlJc w:val="left"/>
      <w:pPr>
        <w:tabs>
          <w:tab w:val="num" w:pos="0"/>
        </w:tabs>
        <w:ind w:left="6957" w:hanging="312"/>
      </w:pPr>
      <w:rPr>
        <w:rFonts w:ascii="OpenSymbol" w:hAnsi="OpenSymbol" w:cs="OpenSymbol" w:hint="default"/>
      </w:rPr>
    </w:lvl>
    <w:lvl w:ilvl="8">
      <w:numFmt w:val="bullet"/>
      <w:lvlText w:val="ï"/>
      <w:lvlJc w:val="left"/>
      <w:pPr>
        <w:tabs>
          <w:tab w:val="num" w:pos="0"/>
        </w:tabs>
        <w:ind w:left="7927" w:hanging="312"/>
      </w:pPr>
      <w:rPr>
        <w:rFonts w:ascii="OpenSymbol" w:hAnsi="OpenSymbol" w:cs="Open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7"/>
  </w:num>
  <w:num w:numId="12">
    <w:abstractNumId w:val="15"/>
  </w:num>
  <w:num w:numId="13">
    <w:abstractNumId w:val="12"/>
  </w:num>
  <w:num w:numId="14">
    <w:abstractNumId w:val="20"/>
  </w:num>
  <w:num w:numId="15">
    <w:abstractNumId w:val="21"/>
  </w:num>
  <w:num w:numId="16">
    <w:abstractNumId w:val="18"/>
  </w:num>
  <w:num w:numId="17">
    <w:abstractNumId w:val="9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3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044"/>
    <w:rsid w:val="000E6ABB"/>
    <w:rsid w:val="001073ED"/>
    <w:rsid w:val="00141B99"/>
    <w:rsid w:val="0015074B"/>
    <w:rsid w:val="001777A8"/>
    <w:rsid w:val="00183A2D"/>
    <w:rsid w:val="001B4255"/>
    <w:rsid w:val="00221DCF"/>
    <w:rsid w:val="00280878"/>
    <w:rsid w:val="0029639D"/>
    <w:rsid w:val="002B22AB"/>
    <w:rsid w:val="002E0D18"/>
    <w:rsid w:val="002E29C1"/>
    <w:rsid w:val="002F5D03"/>
    <w:rsid w:val="00321B59"/>
    <w:rsid w:val="003267EF"/>
    <w:rsid w:val="00326F90"/>
    <w:rsid w:val="003C2E1D"/>
    <w:rsid w:val="003F109C"/>
    <w:rsid w:val="00407023"/>
    <w:rsid w:val="0045191B"/>
    <w:rsid w:val="0048667D"/>
    <w:rsid w:val="005737B0"/>
    <w:rsid w:val="00605D7A"/>
    <w:rsid w:val="006407A8"/>
    <w:rsid w:val="00657C98"/>
    <w:rsid w:val="007056D7"/>
    <w:rsid w:val="00836C84"/>
    <w:rsid w:val="008C5E25"/>
    <w:rsid w:val="009B7C82"/>
    <w:rsid w:val="00A07559"/>
    <w:rsid w:val="00A27570"/>
    <w:rsid w:val="00A305C2"/>
    <w:rsid w:val="00A829AF"/>
    <w:rsid w:val="00AA1D8D"/>
    <w:rsid w:val="00B30868"/>
    <w:rsid w:val="00B47730"/>
    <w:rsid w:val="00C93B73"/>
    <w:rsid w:val="00CB0664"/>
    <w:rsid w:val="00E276B3"/>
    <w:rsid w:val="00FC693F"/>
    <w:rsid w:val="00F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690DEB"/>
  <w14:defaultImageDpi w14:val="300"/>
  <w15:docId w15:val="{723D6D76-BE93-4DAA-BC61-C89E25B7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e"/>
    <w:rsid w:val="009B7C82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it-IT" w:eastAsia="it-IT"/>
    </w:rPr>
  </w:style>
  <w:style w:type="character" w:customStyle="1" w:styleId="text-token-text-primary">
    <w:name w:val="text-token-text-primary"/>
    <w:basedOn w:val="Carpredefinitoparagrafo"/>
    <w:rsid w:val="009B7C82"/>
  </w:style>
  <w:style w:type="character" w:styleId="Collegamentoipertestuale">
    <w:name w:val="Hyperlink"/>
    <w:basedOn w:val="Carpredefinitoparagrafo"/>
    <w:rsid w:val="002B22AB"/>
    <w:rPr>
      <w:rFonts w:cs="Times New Roman"/>
      <w:color w:val="0563C1"/>
      <w:u w:val="single"/>
    </w:rPr>
  </w:style>
  <w:style w:type="paragraph" w:customStyle="1" w:styleId="FirstParagraph">
    <w:name w:val="First Paragraph"/>
    <w:basedOn w:val="Corpotesto"/>
    <w:next w:val="Corpotesto"/>
    <w:qFormat/>
    <w:rsid w:val="000A4044"/>
    <w:pPr>
      <w:spacing w:before="180" w:after="180" w:line="240" w:lineRule="auto"/>
    </w:pPr>
    <w:rPr>
      <w:rFonts w:asciiTheme="minorHAnsi" w:eastAsiaTheme="minorHAnsi" w:hAnsiTheme="minorHAnsi"/>
      <w:sz w:val="24"/>
      <w:szCs w:val="24"/>
    </w:rPr>
  </w:style>
  <w:style w:type="paragraph" w:customStyle="1" w:styleId="Compact">
    <w:name w:val="Compact"/>
    <w:basedOn w:val="Corpotesto"/>
    <w:qFormat/>
    <w:rsid w:val="000A4044"/>
    <w:pPr>
      <w:spacing w:before="36" w:after="36" w:line="240" w:lineRule="auto"/>
    </w:pPr>
    <w:rPr>
      <w:rFonts w:asciiTheme="minorHAnsi" w:eastAsiaTheme="minorHAnsi" w:hAnsiTheme="minorHAnsi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73E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6B28AE-EA45-C543-9908-E2656FC9B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Russell Moore</cp:lastModifiedBy>
  <cp:revision>2</cp:revision>
  <cp:lastPrinted>2026-09-21T04:18:00Z</cp:lastPrinted>
  <dcterms:created xsi:type="dcterms:W3CDTF">2026-09-21T04:19:00Z</dcterms:created>
  <dcterms:modified xsi:type="dcterms:W3CDTF">2026-09-21T04:19:00Z</dcterms:modified>
  <cp:category/>
</cp:coreProperties>
</file>