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25A51" w14:textId="77777777" w:rsidR="004B6249" w:rsidRDefault="004B6249">
      <w:pPr>
        <w:jc w:val="right"/>
        <w:rPr>
          <w:b/>
          <w:lang w:val="it-IT"/>
        </w:rPr>
      </w:pPr>
    </w:p>
    <w:p w14:paraId="2CEC3AC2" w14:textId="23ECBD99" w:rsidR="00954EE9" w:rsidRPr="004B6249" w:rsidRDefault="00000000">
      <w:pPr>
        <w:jc w:val="right"/>
        <w:rPr>
          <w:lang w:val="it-IT"/>
        </w:rPr>
      </w:pPr>
      <w:r w:rsidRPr="004B6249">
        <w:rPr>
          <w:b/>
          <w:lang w:val="it-IT"/>
        </w:rPr>
        <w:t>ALLEGATO B</w:t>
      </w:r>
    </w:p>
    <w:p w14:paraId="7D96FBEA" w14:textId="77777777" w:rsidR="00954EE9" w:rsidRPr="004B6249" w:rsidRDefault="00000000">
      <w:pPr>
        <w:jc w:val="center"/>
        <w:rPr>
          <w:lang w:val="it-IT"/>
        </w:rPr>
      </w:pPr>
      <w:r w:rsidRPr="004B6249">
        <w:rPr>
          <w:b/>
          <w:sz w:val="26"/>
          <w:lang w:val="it-IT"/>
        </w:rPr>
        <w:t>MODELLO DI DOMANDA PER LA NOMINA A REVISORE UNICO DEI CONTI</w:t>
      </w:r>
      <w:r w:rsidRPr="004B6249">
        <w:rPr>
          <w:b/>
          <w:sz w:val="26"/>
          <w:lang w:val="it-IT"/>
        </w:rPr>
        <w:br/>
        <w:t>DEL COMUNE DI BOMPIETRO PER IL TRIENNIO 2026/2029</w:t>
      </w:r>
    </w:p>
    <w:p w14:paraId="244B3F3D" w14:textId="77777777" w:rsidR="00954EE9" w:rsidRPr="004B6249" w:rsidRDefault="00000000">
      <w:pPr>
        <w:jc w:val="right"/>
        <w:rPr>
          <w:lang w:val="it-IT"/>
        </w:rPr>
      </w:pPr>
      <w:r w:rsidRPr="004B6249">
        <w:rPr>
          <w:lang w:val="it-IT"/>
        </w:rPr>
        <w:t>Al Comune di Bompietro</w:t>
      </w:r>
      <w:r w:rsidRPr="004B6249">
        <w:rPr>
          <w:lang w:val="it-IT"/>
        </w:rPr>
        <w:br/>
        <w:t>Piazza Gangi, 4</w:t>
      </w:r>
      <w:r w:rsidRPr="004B6249">
        <w:rPr>
          <w:lang w:val="it-IT"/>
        </w:rPr>
        <w:br/>
        <w:t>90020 BOMPIETRO (PA)</w:t>
      </w:r>
      <w:r w:rsidRPr="004B6249">
        <w:rPr>
          <w:lang w:val="it-IT"/>
        </w:rPr>
        <w:br/>
        <w:t>PEC: protocollo@pec.comune.bompietro.pa.it</w:t>
      </w:r>
      <w:r w:rsidRPr="004B6249">
        <w:rPr>
          <w:lang w:val="it-IT"/>
        </w:rPr>
        <w:br/>
      </w:r>
    </w:p>
    <w:p w14:paraId="1E0CB998" w14:textId="66BACD2D" w:rsidR="00FA1344" w:rsidRDefault="00000000" w:rsidP="004B6249">
      <w:pPr>
        <w:jc w:val="both"/>
        <w:rPr>
          <w:lang w:val="it-IT"/>
        </w:rPr>
      </w:pPr>
      <w:r w:rsidRPr="004B6249">
        <w:rPr>
          <w:b/>
          <w:lang w:val="it-IT"/>
        </w:rPr>
        <w:t xml:space="preserve">OGGETTO: </w:t>
      </w:r>
      <w:r w:rsidRPr="004B6249">
        <w:rPr>
          <w:lang w:val="it-IT"/>
        </w:rPr>
        <w:t>Manifestazione di interesse per la nomina del Revisore Unico dei Conti del Comune di Bompietro per il triennio 2026/2029.</w:t>
      </w:r>
    </w:p>
    <w:p w14:paraId="0805344F" w14:textId="77777777" w:rsidR="00FA1344" w:rsidRPr="00FA1344" w:rsidRDefault="00FA1344" w:rsidP="00FA1344">
      <w:pPr>
        <w:jc w:val="both"/>
        <w:rPr>
          <w:lang w:val="it-IT"/>
        </w:rPr>
      </w:pPr>
      <w:r w:rsidRPr="00FA1344">
        <w:rPr>
          <w:lang w:val="it-IT"/>
        </w:rPr>
        <w:t>Il/La sottoscritto/a</w:t>
      </w:r>
      <w:r w:rsidRPr="00FA1344">
        <w:rPr>
          <w:lang w:val="it-IT"/>
        </w:rPr>
        <w:tab/>
        <w:t>________________________________________________________________</w:t>
      </w:r>
    </w:p>
    <w:p w14:paraId="4AB479CA" w14:textId="77777777" w:rsidR="00FA1344" w:rsidRPr="00FA1344" w:rsidRDefault="00FA1344" w:rsidP="00FA1344">
      <w:pPr>
        <w:jc w:val="both"/>
        <w:rPr>
          <w:lang w:val="it-IT"/>
        </w:rPr>
      </w:pPr>
      <w:r w:rsidRPr="00FA1344">
        <w:rPr>
          <w:lang w:val="it-IT"/>
        </w:rPr>
        <w:t xml:space="preserve">nato/a </w:t>
      </w:r>
      <w:proofErr w:type="spellStart"/>
      <w:r w:rsidRPr="00FA1344">
        <w:rPr>
          <w:lang w:val="it-IT"/>
        </w:rPr>
        <w:t>a</w:t>
      </w:r>
      <w:proofErr w:type="spellEnd"/>
      <w:r w:rsidRPr="00FA1344">
        <w:rPr>
          <w:lang w:val="it-IT"/>
        </w:rPr>
        <w:tab/>
        <w:t xml:space="preserve">                           </w:t>
      </w:r>
      <w:proofErr w:type="gramStart"/>
      <w:r w:rsidRPr="00FA1344">
        <w:rPr>
          <w:lang w:val="it-IT"/>
        </w:rPr>
        <w:t xml:space="preserve">   (</w:t>
      </w:r>
      <w:proofErr w:type="gramEnd"/>
      <w:r w:rsidRPr="00FA1344">
        <w:rPr>
          <w:lang w:val="it-IT"/>
        </w:rPr>
        <w:t>___</w:t>
      </w:r>
      <w:proofErr w:type="gramStart"/>
      <w:r w:rsidRPr="00FA1344">
        <w:rPr>
          <w:lang w:val="it-IT"/>
        </w:rPr>
        <w:t xml:space="preserve">_)   </w:t>
      </w:r>
      <w:proofErr w:type="gramEnd"/>
      <w:r w:rsidRPr="00FA1344">
        <w:rPr>
          <w:lang w:val="it-IT"/>
        </w:rPr>
        <w:t xml:space="preserve"> il __/__/______</w:t>
      </w:r>
    </w:p>
    <w:p w14:paraId="08B111FA" w14:textId="77777777" w:rsidR="00FA1344" w:rsidRPr="00FA1344" w:rsidRDefault="00FA1344" w:rsidP="00FA1344">
      <w:pPr>
        <w:jc w:val="both"/>
        <w:rPr>
          <w:lang w:val="it-IT"/>
        </w:rPr>
      </w:pPr>
      <w:r w:rsidRPr="00FA1344">
        <w:rPr>
          <w:lang w:val="it-IT"/>
        </w:rPr>
        <w:t>residente nel Comune di</w:t>
      </w:r>
      <w:r w:rsidRPr="00FA1344">
        <w:rPr>
          <w:lang w:val="it-IT"/>
        </w:rPr>
        <w:tab/>
        <w:t xml:space="preserve">                           </w:t>
      </w:r>
      <w:proofErr w:type="gramStart"/>
      <w:r w:rsidRPr="00FA1344">
        <w:rPr>
          <w:lang w:val="it-IT"/>
        </w:rPr>
        <w:t xml:space="preserve">   (</w:t>
      </w:r>
      <w:proofErr w:type="gramEnd"/>
      <w:r w:rsidRPr="00FA1344">
        <w:rPr>
          <w:lang w:val="it-IT"/>
        </w:rPr>
        <w:t>____) - Regione Siciliana</w:t>
      </w:r>
    </w:p>
    <w:p w14:paraId="0C0B6443" w14:textId="77777777" w:rsidR="00FA1344" w:rsidRPr="00FA1344" w:rsidRDefault="00FA1344" w:rsidP="00FA1344">
      <w:pPr>
        <w:jc w:val="both"/>
        <w:rPr>
          <w:lang w:val="it-IT"/>
        </w:rPr>
      </w:pPr>
      <w:r w:rsidRPr="00FA1344">
        <w:rPr>
          <w:lang w:val="it-IT"/>
        </w:rPr>
        <w:t>Via/Piazza</w:t>
      </w:r>
      <w:r w:rsidRPr="00FA1344">
        <w:rPr>
          <w:lang w:val="it-IT"/>
        </w:rPr>
        <w:tab/>
        <w:t xml:space="preserve">                              n. ____   CAP __________</w:t>
      </w:r>
    </w:p>
    <w:p w14:paraId="2C1219E9" w14:textId="77777777" w:rsidR="00FA1344" w:rsidRPr="00FA1344" w:rsidRDefault="00FA1344" w:rsidP="00FA1344">
      <w:pPr>
        <w:jc w:val="both"/>
        <w:rPr>
          <w:lang w:val="it-IT"/>
        </w:rPr>
      </w:pPr>
      <w:r w:rsidRPr="00FA1344">
        <w:rPr>
          <w:lang w:val="it-IT"/>
        </w:rPr>
        <w:t>Codice fiscale</w:t>
      </w:r>
      <w:r w:rsidRPr="00FA1344">
        <w:rPr>
          <w:lang w:val="it-IT"/>
        </w:rPr>
        <w:tab/>
        <w:t xml:space="preserve">                              P. IVA __________________________</w:t>
      </w:r>
    </w:p>
    <w:p w14:paraId="4D78C2A1" w14:textId="77777777" w:rsidR="00FA1344" w:rsidRPr="00FA1344" w:rsidRDefault="00FA1344" w:rsidP="00FA1344">
      <w:pPr>
        <w:jc w:val="both"/>
        <w:rPr>
          <w:lang w:val="it-IT"/>
        </w:rPr>
      </w:pPr>
      <w:r w:rsidRPr="00FA1344">
        <w:rPr>
          <w:lang w:val="it-IT"/>
        </w:rPr>
        <w:t>Domicilio professionale</w:t>
      </w:r>
      <w:r w:rsidRPr="00FA1344">
        <w:rPr>
          <w:lang w:val="it-IT"/>
        </w:rPr>
        <w:tab/>
        <w:t>________________________________________________________________</w:t>
      </w:r>
    </w:p>
    <w:p w14:paraId="2CCF832A" w14:textId="77777777" w:rsidR="00FA1344" w:rsidRPr="00FA1344" w:rsidRDefault="00FA1344" w:rsidP="00FA1344">
      <w:pPr>
        <w:jc w:val="both"/>
        <w:rPr>
          <w:lang w:val="it-IT"/>
        </w:rPr>
      </w:pPr>
      <w:r w:rsidRPr="00FA1344">
        <w:rPr>
          <w:lang w:val="it-IT"/>
        </w:rPr>
        <w:t>Telefono / cellulare</w:t>
      </w:r>
      <w:r w:rsidRPr="00FA1344">
        <w:rPr>
          <w:lang w:val="it-IT"/>
        </w:rPr>
        <w:tab/>
        <w:t>________________________________________________________________</w:t>
      </w:r>
    </w:p>
    <w:p w14:paraId="3F402B42" w14:textId="2FE7B295" w:rsidR="00FA1344" w:rsidRPr="004B6249" w:rsidRDefault="00FA1344" w:rsidP="00FA1344">
      <w:pPr>
        <w:jc w:val="both"/>
        <w:rPr>
          <w:lang w:val="it-IT"/>
        </w:rPr>
      </w:pPr>
      <w:r w:rsidRPr="00FA1344">
        <w:rPr>
          <w:lang w:val="it-IT"/>
        </w:rPr>
        <w:t>E-mail</w:t>
      </w:r>
      <w:r w:rsidRPr="00FA1344">
        <w:rPr>
          <w:lang w:val="it-IT"/>
        </w:rPr>
        <w:tab/>
        <w:t xml:space="preserve">                              PEC ______________________________</w:t>
      </w:r>
    </w:p>
    <w:p w14:paraId="369DE283" w14:textId="77777777" w:rsidR="00954EE9" w:rsidRPr="00FA1344" w:rsidRDefault="00000000">
      <w:pPr>
        <w:jc w:val="center"/>
        <w:rPr>
          <w:lang w:val="it-IT"/>
        </w:rPr>
      </w:pPr>
      <w:r w:rsidRPr="00FA1344">
        <w:rPr>
          <w:b/>
          <w:lang w:val="it-IT"/>
        </w:rPr>
        <w:t>PRESENTA</w:t>
      </w:r>
    </w:p>
    <w:p w14:paraId="6207828C" w14:textId="77777777" w:rsidR="00954EE9" w:rsidRPr="004B6249" w:rsidRDefault="00000000">
      <w:pPr>
        <w:jc w:val="both"/>
        <w:rPr>
          <w:lang w:val="it-IT"/>
        </w:rPr>
      </w:pPr>
      <w:r w:rsidRPr="004B6249">
        <w:rPr>
          <w:lang w:val="it-IT"/>
        </w:rPr>
        <w:t>la propria candidatura per la nomina a Revisore Unico dei Conti del Comune di Bompietro per il triennio 2026/2029.</w:t>
      </w:r>
    </w:p>
    <w:p w14:paraId="55280F39" w14:textId="77777777" w:rsidR="00954EE9" w:rsidRPr="004B6249" w:rsidRDefault="00000000">
      <w:pPr>
        <w:jc w:val="both"/>
        <w:rPr>
          <w:lang w:val="it-IT"/>
        </w:rPr>
      </w:pPr>
      <w:r w:rsidRPr="004B6249">
        <w:rPr>
          <w:lang w:val="it-IT"/>
        </w:rPr>
        <w:t>A tal fine, ai sensi e per gli effetti degli artt. 46 e 47 del D.P.R. 28 dicembre 2000, n. 445, consapevole delle sanzioni penali previste dall’art. 76 del medesimo decreto in caso di dichiarazioni mendaci, falsità negli atti e uso di atti falsi, nonché della decadenza dai benefici eventualmente conseguenti al provvedimento emanato sulla base di dichiarazioni non veritiere ai sensi dell’art. 75 del D.P.R. n. 445/2000, sotto la propria responsabilità</w:t>
      </w:r>
    </w:p>
    <w:p w14:paraId="7CDCD9CA" w14:textId="77777777" w:rsidR="00954EE9" w:rsidRPr="004B6249" w:rsidRDefault="00000000">
      <w:pPr>
        <w:jc w:val="center"/>
        <w:rPr>
          <w:lang w:val="it-IT"/>
        </w:rPr>
      </w:pPr>
      <w:r w:rsidRPr="004B6249">
        <w:rPr>
          <w:b/>
          <w:lang w:val="it-IT"/>
        </w:rPr>
        <w:t>DICHIARA</w:t>
      </w:r>
    </w:p>
    <w:p w14:paraId="3F9C23A7" w14:textId="5DD46927" w:rsidR="00954EE9" w:rsidRPr="00FA1344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lang w:val="it-IT"/>
        </w:rPr>
      </w:pPr>
      <w:r w:rsidRPr="00FA1344">
        <w:rPr>
          <w:lang w:val="it-IT"/>
        </w:rPr>
        <w:t>di accettare integralmente tutte le condizioni contenute nell’Avviso pubblico;</w:t>
      </w:r>
    </w:p>
    <w:p w14:paraId="64108E84" w14:textId="0282BEA4" w:rsidR="00954EE9" w:rsidRPr="00FA1344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lang w:val="it-IT"/>
        </w:rPr>
      </w:pPr>
      <w:r w:rsidRPr="00FA1344">
        <w:rPr>
          <w:b/>
          <w:bCs/>
          <w:lang w:val="it-IT"/>
        </w:rPr>
        <w:t>di essere residente in un Comune della Regione Siciliana</w:t>
      </w:r>
      <w:r w:rsidRPr="00FA1344">
        <w:rPr>
          <w:lang w:val="it-IT"/>
        </w:rPr>
        <w:t xml:space="preserve"> e precisamente nel Comune di __________________________________________ (____);</w:t>
      </w:r>
    </w:p>
    <w:p w14:paraId="6A38376A" w14:textId="331C0A83" w:rsidR="00954EE9" w:rsidRPr="00FA1344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lang w:val="it-IT"/>
        </w:rPr>
      </w:pPr>
      <w:r w:rsidRPr="00FA1344">
        <w:rPr>
          <w:b/>
          <w:bCs/>
          <w:lang w:val="it-IT"/>
        </w:rPr>
        <w:t>di essere in possesso dei requisiti previsti dall’art. 10 della L.R. 17 marzo 2016, n. 3</w:t>
      </w:r>
      <w:r w:rsidRPr="00FA1344">
        <w:rPr>
          <w:lang w:val="it-IT"/>
        </w:rPr>
        <w:t xml:space="preserve"> e successive modifiche e integrazioni per i Comuni di fascia 1 (popolazione fino a 5.000 abitanti) e, in particolare:</w:t>
      </w:r>
    </w:p>
    <w:p w14:paraId="4AD090E9" w14:textId="77777777" w:rsidR="00FA1344" w:rsidRDefault="00000000" w:rsidP="00FA1344">
      <w:pPr>
        <w:pStyle w:val="Paragrafoelenco"/>
        <w:numPr>
          <w:ilvl w:val="1"/>
          <w:numId w:val="10"/>
        </w:numPr>
        <w:spacing w:after="40"/>
        <w:ind w:left="851"/>
        <w:jc w:val="both"/>
        <w:rPr>
          <w:lang w:val="it-IT"/>
        </w:rPr>
      </w:pPr>
      <w:r w:rsidRPr="00FA1344">
        <w:rPr>
          <w:lang w:val="it-IT"/>
        </w:rPr>
        <w:t xml:space="preserve">di essere iscritto/a da almeno due anni nel Registro dei Revisori legali di cui al </w:t>
      </w:r>
      <w:proofErr w:type="spellStart"/>
      <w:r w:rsidRPr="00FA1344">
        <w:rPr>
          <w:lang w:val="it-IT"/>
        </w:rPr>
        <w:t>D.Lgs.</w:t>
      </w:r>
      <w:proofErr w:type="spellEnd"/>
      <w:r w:rsidRPr="00FA1344">
        <w:rPr>
          <w:lang w:val="it-IT"/>
        </w:rPr>
        <w:t xml:space="preserve"> 27 gennaio 2010, n. 39, al n. ____________, con decorrenza dal __/__/______; </w:t>
      </w:r>
    </w:p>
    <w:p w14:paraId="09B2D911" w14:textId="10A9528C" w:rsidR="00954EE9" w:rsidRPr="00FA1344" w:rsidRDefault="00000000" w:rsidP="00FA1344">
      <w:pPr>
        <w:pStyle w:val="Paragrafoelenco"/>
        <w:spacing w:after="40"/>
        <w:ind w:left="851"/>
        <w:jc w:val="both"/>
        <w:rPr>
          <w:lang w:val="it-IT"/>
        </w:rPr>
      </w:pPr>
      <w:r w:rsidRPr="00FA1344">
        <w:rPr>
          <w:lang w:val="it-IT"/>
        </w:rPr>
        <w:t>oppure</w:t>
      </w:r>
    </w:p>
    <w:p w14:paraId="2D3E28CF" w14:textId="0C5FE17E" w:rsidR="00954EE9" w:rsidRPr="00FA1344" w:rsidRDefault="00000000" w:rsidP="00FA1344">
      <w:pPr>
        <w:pStyle w:val="Paragrafoelenco"/>
        <w:numPr>
          <w:ilvl w:val="1"/>
          <w:numId w:val="10"/>
        </w:numPr>
        <w:spacing w:after="40"/>
        <w:ind w:left="851"/>
        <w:jc w:val="both"/>
        <w:rPr>
          <w:lang w:val="it-IT"/>
        </w:rPr>
      </w:pPr>
      <w:r w:rsidRPr="00FA1344">
        <w:rPr>
          <w:lang w:val="it-IT"/>
        </w:rPr>
        <w:t>di essere iscritto/a da almeno due anni nella Sezione A - Commercialisti dell’Albo dei Dottori Commercialisti e degli Esperti Contabili, Ordine territoriale di ______________________________, al n. ____________, con decorrenza dal __/__/______;</w:t>
      </w:r>
    </w:p>
    <w:p w14:paraId="44B0598D" w14:textId="6604BC6D" w:rsidR="00954EE9" w:rsidRPr="00FA1344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lang w:val="it-IT"/>
        </w:rPr>
      </w:pPr>
      <w:r w:rsidRPr="00FA1344">
        <w:rPr>
          <w:b/>
          <w:bCs/>
          <w:lang w:val="it-IT"/>
        </w:rPr>
        <w:lastRenderedPageBreak/>
        <w:t>di avere conseguito nell’anno 2025 almeno dieci crediti formativi</w:t>
      </w:r>
      <w:r w:rsidRPr="00FA1344">
        <w:rPr>
          <w:lang w:val="it-IT"/>
        </w:rPr>
        <w:t xml:space="preserve"> per la partecipazione a corsi e/o seminari formativi in materia di contabilità pubblica e gestione economica e finanziaria degli enti territoriali, per complessivi n. ______ crediti, come da documentazione allegata;</w:t>
      </w:r>
    </w:p>
    <w:p w14:paraId="3C685395" w14:textId="15989F65" w:rsidR="00954EE9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lang w:val="it-IT"/>
        </w:rPr>
      </w:pPr>
      <w:r w:rsidRPr="00FA1344">
        <w:rPr>
          <w:b/>
          <w:bCs/>
          <w:lang w:val="it-IT"/>
        </w:rPr>
        <w:t xml:space="preserve">di non superare, in caso di nomina, il limite massimo di quattro incarichi di revisore presso </w:t>
      </w:r>
      <w:r w:rsidR="00FA1344">
        <w:rPr>
          <w:b/>
          <w:bCs/>
          <w:lang w:val="it-IT"/>
        </w:rPr>
        <w:t>E</w:t>
      </w:r>
      <w:r w:rsidRPr="00FA1344">
        <w:rPr>
          <w:b/>
          <w:bCs/>
          <w:lang w:val="it-IT"/>
        </w:rPr>
        <w:t>nti locali</w:t>
      </w:r>
      <w:r w:rsidRPr="00FA1344">
        <w:rPr>
          <w:lang w:val="it-IT"/>
        </w:rPr>
        <w:t xml:space="preserve"> previsto dall’art. 10, comma 7, della L.R. n. 3/2016, come modificato dall’art. 8, comma 2, della L.R. n. 6/2021; a tal fine dichiara di svolgere attualmente n. ______ incarichi di revisore presso enti locali</w:t>
      </w:r>
      <w:r w:rsidR="00FA1344">
        <w:rPr>
          <w:lang w:val="it-IT"/>
        </w:rPr>
        <w:t xml:space="preserve">, </w:t>
      </w:r>
      <w:r w:rsidR="00BE51E8">
        <w:rPr>
          <w:lang w:val="it-IT"/>
        </w:rPr>
        <w:t>elencati nella tabella riportata di seguito</w:t>
      </w:r>
      <w:r w:rsidR="0038772C">
        <w:rPr>
          <w:lang w:val="it-IT"/>
        </w:rPr>
        <w:t>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060"/>
        <w:gridCol w:w="2060"/>
        <w:gridCol w:w="2061"/>
        <w:gridCol w:w="2061"/>
        <w:gridCol w:w="2060"/>
      </w:tblGrid>
      <w:tr w:rsidR="0038772C" w14:paraId="32CD0D44" w14:textId="77777777" w:rsidTr="00DF4EBD">
        <w:trPr>
          <w:jc w:val="center"/>
        </w:trPr>
        <w:tc>
          <w:tcPr>
            <w:tcW w:w="2062" w:type="dxa"/>
          </w:tcPr>
          <w:p w14:paraId="52DBB2B6" w14:textId="77777777" w:rsidR="0038772C" w:rsidRDefault="0038772C" w:rsidP="00DF4EBD">
            <w:r>
              <w:rPr>
                <w:b/>
              </w:rPr>
              <w:t>Ente locale</w:t>
            </w:r>
          </w:p>
        </w:tc>
        <w:tc>
          <w:tcPr>
            <w:tcW w:w="2062" w:type="dxa"/>
          </w:tcPr>
          <w:p w14:paraId="5163DD96" w14:textId="77777777" w:rsidR="0038772C" w:rsidRDefault="0038772C" w:rsidP="00DF4EBD">
            <w:r>
              <w:rPr>
                <w:b/>
              </w:rPr>
              <w:t>Data di nomina</w:t>
            </w:r>
          </w:p>
        </w:tc>
        <w:tc>
          <w:tcPr>
            <w:tcW w:w="2062" w:type="dxa"/>
          </w:tcPr>
          <w:p w14:paraId="7F38ABCA" w14:textId="77777777" w:rsidR="0038772C" w:rsidRDefault="0038772C" w:rsidP="00DF4EBD">
            <w:r>
              <w:rPr>
                <w:b/>
              </w:rPr>
              <w:t xml:space="preserve">Data di </w:t>
            </w:r>
            <w:proofErr w:type="spellStart"/>
            <w:r>
              <w:rPr>
                <w:b/>
              </w:rPr>
              <w:t>scadenza</w:t>
            </w:r>
            <w:proofErr w:type="spellEnd"/>
          </w:p>
        </w:tc>
        <w:tc>
          <w:tcPr>
            <w:tcW w:w="2062" w:type="dxa"/>
          </w:tcPr>
          <w:p w14:paraId="3C235E97" w14:textId="77777777" w:rsidR="0038772C" w:rsidRDefault="0038772C" w:rsidP="00DF4EBD">
            <w:r>
              <w:rPr>
                <w:b/>
              </w:rPr>
              <w:t xml:space="preserve">Stato </w:t>
            </w:r>
            <w:proofErr w:type="spellStart"/>
            <w:r>
              <w:rPr>
                <w:b/>
              </w:rPr>
              <w:t>dell’incarico</w:t>
            </w:r>
            <w:proofErr w:type="spellEnd"/>
          </w:p>
        </w:tc>
        <w:tc>
          <w:tcPr>
            <w:tcW w:w="2062" w:type="dxa"/>
          </w:tcPr>
          <w:p w14:paraId="33F0AA96" w14:textId="77777777" w:rsidR="0038772C" w:rsidRDefault="0038772C" w:rsidP="00DF4EBD">
            <w:r>
              <w:rPr>
                <w:b/>
              </w:rPr>
              <w:t>Note</w:t>
            </w:r>
          </w:p>
        </w:tc>
      </w:tr>
      <w:tr w:rsidR="0038772C" w14:paraId="6D5973DB" w14:textId="77777777" w:rsidTr="00DF4EBD">
        <w:trPr>
          <w:jc w:val="center"/>
        </w:trPr>
        <w:tc>
          <w:tcPr>
            <w:tcW w:w="2062" w:type="dxa"/>
          </w:tcPr>
          <w:p w14:paraId="7F82BC32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557AC9D7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629E2AB9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68D9F171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0C106E05" w14:textId="77777777" w:rsidR="0038772C" w:rsidRDefault="0038772C" w:rsidP="00DF4EBD">
            <w:r>
              <w:t xml:space="preserve"> </w:t>
            </w:r>
          </w:p>
        </w:tc>
      </w:tr>
      <w:tr w:rsidR="0038772C" w14:paraId="24B0A15F" w14:textId="77777777" w:rsidTr="00DF4EBD">
        <w:trPr>
          <w:jc w:val="center"/>
        </w:trPr>
        <w:tc>
          <w:tcPr>
            <w:tcW w:w="2062" w:type="dxa"/>
          </w:tcPr>
          <w:p w14:paraId="1BBE81AF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7681EA6A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710AEE86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4B6D7AFF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42146D44" w14:textId="77777777" w:rsidR="0038772C" w:rsidRDefault="0038772C" w:rsidP="00DF4EBD">
            <w:r>
              <w:t xml:space="preserve"> </w:t>
            </w:r>
          </w:p>
        </w:tc>
      </w:tr>
      <w:tr w:rsidR="0038772C" w14:paraId="0FD6EC16" w14:textId="77777777" w:rsidTr="00DF4EBD">
        <w:trPr>
          <w:jc w:val="center"/>
        </w:trPr>
        <w:tc>
          <w:tcPr>
            <w:tcW w:w="2062" w:type="dxa"/>
          </w:tcPr>
          <w:p w14:paraId="272B80EC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4AFD952E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7D50EF6E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24FE5A7B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4CE1DC8D" w14:textId="77777777" w:rsidR="0038772C" w:rsidRDefault="0038772C" w:rsidP="00DF4EBD">
            <w:r>
              <w:t xml:space="preserve"> </w:t>
            </w:r>
          </w:p>
        </w:tc>
      </w:tr>
      <w:tr w:rsidR="0038772C" w14:paraId="43914D0C" w14:textId="77777777" w:rsidTr="00DF4EBD">
        <w:trPr>
          <w:jc w:val="center"/>
        </w:trPr>
        <w:tc>
          <w:tcPr>
            <w:tcW w:w="2062" w:type="dxa"/>
          </w:tcPr>
          <w:p w14:paraId="432BB9D2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7F847F1B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190D3C80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2BD6C08F" w14:textId="77777777" w:rsidR="0038772C" w:rsidRDefault="0038772C" w:rsidP="00DF4EBD">
            <w:r>
              <w:t xml:space="preserve"> </w:t>
            </w:r>
          </w:p>
        </w:tc>
        <w:tc>
          <w:tcPr>
            <w:tcW w:w="2062" w:type="dxa"/>
          </w:tcPr>
          <w:p w14:paraId="68A6016B" w14:textId="77777777" w:rsidR="0038772C" w:rsidRDefault="0038772C" w:rsidP="00DF4EBD">
            <w:r>
              <w:t xml:space="preserve"> </w:t>
            </w:r>
          </w:p>
        </w:tc>
      </w:tr>
    </w:tbl>
    <w:p w14:paraId="58F53AC0" w14:textId="77777777" w:rsidR="0038772C" w:rsidRPr="00FA1344" w:rsidRDefault="0038772C" w:rsidP="0038772C">
      <w:pPr>
        <w:pStyle w:val="Paragrafoelenco"/>
        <w:spacing w:after="40"/>
        <w:ind w:left="426"/>
        <w:jc w:val="both"/>
        <w:rPr>
          <w:lang w:val="it-IT"/>
        </w:rPr>
      </w:pPr>
    </w:p>
    <w:p w14:paraId="095B6169" w14:textId="40CD894B" w:rsidR="00954EE9" w:rsidRPr="00FA1344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lang w:val="it-IT"/>
        </w:rPr>
      </w:pPr>
      <w:r w:rsidRPr="00FA1344">
        <w:rPr>
          <w:b/>
          <w:bCs/>
          <w:lang w:val="it-IT"/>
        </w:rPr>
        <w:t>di non trovarsi in alcuna delle condizioni di ineleggibilità o incompatibilità</w:t>
      </w:r>
      <w:r w:rsidRPr="00FA1344">
        <w:rPr>
          <w:lang w:val="it-IT"/>
        </w:rPr>
        <w:t xml:space="preserve"> previste dall’art. 236 del </w:t>
      </w:r>
      <w:proofErr w:type="spellStart"/>
      <w:r w:rsidRPr="00FA1344">
        <w:rPr>
          <w:lang w:val="it-IT"/>
        </w:rPr>
        <w:t>D.Lgs.</w:t>
      </w:r>
      <w:proofErr w:type="spellEnd"/>
      <w:r w:rsidRPr="00FA1344">
        <w:rPr>
          <w:lang w:val="it-IT"/>
        </w:rPr>
        <w:t xml:space="preserve"> 18 agosto 2000, n. 267 e dalle altre disposizioni vigenti;</w:t>
      </w:r>
    </w:p>
    <w:p w14:paraId="11B4AA4D" w14:textId="66C3833A" w:rsidR="00954EE9" w:rsidRPr="00FA1344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lang w:val="it-IT"/>
        </w:rPr>
      </w:pPr>
      <w:r w:rsidRPr="00FA1344">
        <w:rPr>
          <w:b/>
          <w:bCs/>
          <w:lang w:val="it-IT"/>
        </w:rPr>
        <w:t>di non trovarsi in situazioni di conflitto di interessi</w:t>
      </w:r>
      <w:r w:rsidRPr="00FA1344">
        <w:rPr>
          <w:lang w:val="it-IT"/>
        </w:rPr>
        <w:t xml:space="preserve">, </w:t>
      </w:r>
      <w:r w:rsidRPr="00FA1344">
        <w:rPr>
          <w:b/>
          <w:bCs/>
          <w:lang w:val="it-IT"/>
        </w:rPr>
        <w:t>anche potenziale,</w:t>
      </w:r>
      <w:r w:rsidRPr="00FA1344">
        <w:rPr>
          <w:lang w:val="it-IT"/>
        </w:rPr>
        <w:t xml:space="preserve"> con il Comune di Bompietro o con l’incarico da assumere;</w:t>
      </w:r>
    </w:p>
    <w:p w14:paraId="5AF60571" w14:textId="128E0B9D" w:rsidR="00954EE9" w:rsidRPr="00FA1344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b/>
          <w:bCs/>
          <w:lang w:val="it-IT"/>
        </w:rPr>
      </w:pPr>
      <w:r w:rsidRPr="00FA1344">
        <w:rPr>
          <w:b/>
          <w:bCs/>
          <w:lang w:val="it-IT"/>
        </w:rPr>
        <w:t xml:space="preserve">di non essere sottoposto/a </w:t>
      </w:r>
      <w:proofErr w:type="spellStart"/>
      <w:r w:rsidRPr="00FA1344">
        <w:rPr>
          <w:b/>
          <w:bCs/>
          <w:lang w:val="it-IT"/>
        </w:rPr>
        <w:t>a</w:t>
      </w:r>
      <w:proofErr w:type="spellEnd"/>
      <w:r w:rsidRPr="00FA1344">
        <w:rPr>
          <w:b/>
          <w:bCs/>
          <w:lang w:val="it-IT"/>
        </w:rPr>
        <w:t xml:space="preserve"> misure di prevenzione e di non trovarsi nelle condizioni ostative previste dalla normativa antimafia;</w:t>
      </w:r>
    </w:p>
    <w:p w14:paraId="2B3BA61B" w14:textId="5F622B36" w:rsidR="00954EE9" w:rsidRPr="00FA1344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lang w:val="it-IT"/>
        </w:rPr>
      </w:pPr>
      <w:r w:rsidRPr="00FA1344">
        <w:rPr>
          <w:b/>
          <w:bCs/>
          <w:lang w:val="it-IT"/>
        </w:rPr>
        <w:t xml:space="preserve">di non incorrere in cause di inconferibilità o incompatibilità ai sensi del </w:t>
      </w:r>
      <w:proofErr w:type="spellStart"/>
      <w:r w:rsidRPr="00FA1344">
        <w:rPr>
          <w:b/>
          <w:bCs/>
          <w:lang w:val="it-IT"/>
        </w:rPr>
        <w:t>D.Lgs.</w:t>
      </w:r>
      <w:proofErr w:type="spellEnd"/>
      <w:r w:rsidRPr="00FA1344">
        <w:rPr>
          <w:b/>
          <w:bCs/>
          <w:lang w:val="it-IT"/>
        </w:rPr>
        <w:t xml:space="preserve"> 8 aprile 2013, n. 39</w:t>
      </w:r>
      <w:r w:rsidRPr="00FA1344">
        <w:rPr>
          <w:lang w:val="it-IT"/>
        </w:rPr>
        <w:t xml:space="preserve"> e successive modifiche e integrazioni, per quanto applicabile;</w:t>
      </w:r>
    </w:p>
    <w:p w14:paraId="2A601C6C" w14:textId="16B10BF5" w:rsidR="00954EE9" w:rsidRPr="00FA1344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lang w:val="it-IT"/>
        </w:rPr>
      </w:pPr>
      <w:r w:rsidRPr="00FA1344">
        <w:rPr>
          <w:b/>
          <w:bCs/>
          <w:lang w:val="it-IT"/>
        </w:rPr>
        <w:t>di essere a conoscenza dell’obbligo di comunicare tempestivamente</w:t>
      </w:r>
      <w:r w:rsidRPr="00FA1344">
        <w:rPr>
          <w:lang w:val="it-IT"/>
        </w:rPr>
        <w:t xml:space="preserve"> l’eventuale insorgenza di cause di inconferibilità, incompatibilità, conflitto di interessi o altre circostanze incidenti sul possesso dei requisiti;</w:t>
      </w:r>
    </w:p>
    <w:p w14:paraId="442F2111" w14:textId="7F36B08F" w:rsidR="00954EE9" w:rsidRPr="00FA1344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lang w:val="it-IT"/>
        </w:rPr>
      </w:pPr>
      <w:r w:rsidRPr="00FA1344">
        <w:rPr>
          <w:b/>
          <w:bCs/>
          <w:lang w:val="it-IT"/>
        </w:rPr>
        <w:t>di non avere riportato condanne</w:t>
      </w:r>
      <w:r w:rsidRPr="00FA1344">
        <w:rPr>
          <w:lang w:val="it-IT"/>
        </w:rPr>
        <w:t>, anche non definitive, per reati che impediscano l’assunzione dell’incarico presso una pubblica amministrazione; in caso contrario, indicare: ______________________________________________________________________;</w:t>
      </w:r>
    </w:p>
    <w:p w14:paraId="5F146E1A" w14:textId="00AA1D9D" w:rsidR="00954EE9" w:rsidRPr="00FA1344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lang w:val="it-IT"/>
        </w:rPr>
      </w:pPr>
      <w:r w:rsidRPr="00FA1344">
        <w:rPr>
          <w:b/>
          <w:bCs/>
          <w:lang w:val="it-IT"/>
        </w:rPr>
        <w:t>di impegnarsi, in caso di conferimento dell’incarico</w:t>
      </w:r>
      <w:r w:rsidRPr="00FA1344">
        <w:rPr>
          <w:lang w:val="it-IT"/>
        </w:rPr>
        <w:t xml:space="preserve">, a svolgerlo nel rispetto degli artt. 235, 239 e 240 del </w:t>
      </w:r>
      <w:proofErr w:type="spellStart"/>
      <w:r w:rsidRPr="00FA1344">
        <w:rPr>
          <w:lang w:val="it-IT"/>
        </w:rPr>
        <w:t>D.Lgs.</w:t>
      </w:r>
      <w:proofErr w:type="spellEnd"/>
      <w:r w:rsidRPr="00FA1344">
        <w:rPr>
          <w:lang w:val="it-IT"/>
        </w:rPr>
        <w:t xml:space="preserve"> n. 267/2000, della normativa regionale, del Regolamento comunale di contabilità e delle ulteriori disposizioni applicabili;</w:t>
      </w:r>
    </w:p>
    <w:p w14:paraId="2DD0CEFC" w14:textId="29C7E597" w:rsidR="00954EE9" w:rsidRPr="00FA1344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lang w:val="it-IT"/>
        </w:rPr>
      </w:pPr>
      <w:r w:rsidRPr="00FA1344">
        <w:rPr>
          <w:b/>
          <w:bCs/>
          <w:lang w:val="it-IT"/>
        </w:rPr>
        <w:t>di accettare la carica in caso di nomina da parte del Consiglio Comunale</w:t>
      </w:r>
      <w:r w:rsidRPr="00FA1344">
        <w:rPr>
          <w:lang w:val="it-IT"/>
        </w:rPr>
        <w:t xml:space="preserve"> e di rendere, entro il termine assegnato, le ulteriori dichiarazioni e attestazioni richieste dall’Ente;</w:t>
      </w:r>
    </w:p>
    <w:p w14:paraId="3EA176D5" w14:textId="7124A6DA" w:rsidR="00954EE9" w:rsidRPr="00FA1344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lang w:val="it-IT"/>
        </w:rPr>
      </w:pPr>
      <w:r w:rsidRPr="00FA1344">
        <w:rPr>
          <w:b/>
          <w:bCs/>
          <w:lang w:val="it-IT"/>
        </w:rPr>
        <w:t>di essere consapevole che la nomina</w:t>
      </w:r>
      <w:r w:rsidRPr="00FA1344">
        <w:rPr>
          <w:lang w:val="it-IT"/>
        </w:rPr>
        <w:t xml:space="preserve"> è subordinata alla verifica delle dichiarazioni rese e che l’accertata non veridicità comporta l’esclusione dalla procedura o la decadenza dall’incarico, ferme restando le responsabilità previste dalla legge;</w:t>
      </w:r>
    </w:p>
    <w:p w14:paraId="5358A8B0" w14:textId="0B45453A" w:rsidR="00954EE9" w:rsidRPr="00FA1344" w:rsidRDefault="00000000" w:rsidP="00FA1344">
      <w:pPr>
        <w:pStyle w:val="Paragrafoelenco"/>
        <w:numPr>
          <w:ilvl w:val="0"/>
          <w:numId w:val="10"/>
        </w:numPr>
        <w:spacing w:after="40"/>
        <w:ind w:left="426"/>
        <w:jc w:val="both"/>
        <w:rPr>
          <w:lang w:val="it-IT"/>
        </w:rPr>
      </w:pPr>
      <w:r w:rsidRPr="00FA1344">
        <w:rPr>
          <w:b/>
          <w:bCs/>
          <w:lang w:val="it-IT"/>
        </w:rPr>
        <w:t>di aver preso visione dell’informativa sul trattamento dei dati personali</w:t>
      </w:r>
      <w:r w:rsidRPr="00FA1344">
        <w:rPr>
          <w:lang w:val="it-IT"/>
        </w:rPr>
        <w:t xml:space="preserve"> riportata in calce al presente modello.</w:t>
      </w:r>
    </w:p>
    <w:p w14:paraId="3BA09C6C" w14:textId="77777777" w:rsidR="00FA1344" w:rsidRDefault="00FA1344">
      <w:pPr>
        <w:rPr>
          <w:b/>
        </w:rPr>
      </w:pPr>
    </w:p>
    <w:p w14:paraId="2166D6F4" w14:textId="6ECFF96C" w:rsidR="00954EE9" w:rsidRDefault="00000000">
      <w:r>
        <w:rPr>
          <w:b/>
        </w:rPr>
        <w:t>DOCUMENTAZIONE ALLEGATA</w:t>
      </w:r>
    </w:p>
    <w:p w14:paraId="015122CA" w14:textId="22F267DA" w:rsidR="00954EE9" w:rsidRPr="00BE51E8" w:rsidRDefault="00000000" w:rsidP="00BE51E8">
      <w:pPr>
        <w:pStyle w:val="Paragrafoelenco"/>
        <w:numPr>
          <w:ilvl w:val="0"/>
          <w:numId w:val="12"/>
        </w:numPr>
        <w:spacing w:after="20"/>
        <w:rPr>
          <w:lang w:val="it-IT"/>
        </w:rPr>
      </w:pPr>
      <w:r w:rsidRPr="00BE51E8">
        <w:rPr>
          <w:lang w:val="it-IT"/>
        </w:rPr>
        <w:t>copia di un documento di identità in corso di validità;</w:t>
      </w:r>
    </w:p>
    <w:p w14:paraId="274DB4C3" w14:textId="27D37849" w:rsidR="00954EE9" w:rsidRPr="00BE51E8" w:rsidRDefault="00000000" w:rsidP="00BE51E8">
      <w:pPr>
        <w:pStyle w:val="Paragrafoelenco"/>
        <w:numPr>
          <w:ilvl w:val="0"/>
          <w:numId w:val="12"/>
        </w:numPr>
        <w:spacing w:after="20"/>
        <w:rPr>
          <w:lang w:val="it-IT"/>
        </w:rPr>
      </w:pPr>
      <w:r w:rsidRPr="00BE51E8">
        <w:rPr>
          <w:lang w:val="it-IT"/>
        </w:rPr>
        <w:t>curriculum vitae in formato europeo, aggiornato, datato e sottoscritto;</w:t>
      </w:r>
    </w:p>
    <w:p w14:paraId="6B1C5A17" w14:textId="1F3B3A6B" w:rsidR="00954EE9" w:rsidRPr="00BE51E8" w:rsidRDefault="00000000" w:rsidP="00BE51E8">
      <w:pPr>
        <w:pStyle w:val="Paragrafoelenco"/>
        <w:numPr>
          <w:ilvl w:val="0"/>
          <w:numId w:val="12"/>
        </w:numPr>
        <w:spacing w:after="20"/>
        <w:rPr>
          <w:lang w:val="it-IT"/>
        </w:rPr>
      </w:pPr>
      <w:r w:rsidRPr="00BE51E8">
        <w:rPr>
          <w:lang w:val="it-IT"/>
        </w:rPr>
        <w:t>autocertificazione antimafia - persone fisiche;</w:t>
      </w:r>
    </w:p>
    <w:p w14:paraId="0EAF6452" w14:textId="5D0C98CB" w:rsidR="00954EE9" w:rsidRPr="00BE51E8" w:rsidRDefault="00000000" w:rsidP="00BE51E8">
      <w:pPr>
        <w:pStyle w:val="Paragrafoelenco"/>
        <w:numPr>
          <w:ilvl w:val="0"/>
          <w:numId w:val="12"/>
        </w:numPr>
        <w:spacing w:after="20"/>
        <w:rPr>
          <w:lang w:val="it-IT"/>
        </w:rPr>
      </w:pPr>
      <w:r w:rsidRPr="00BE51E8">
        <w:rPr>
          <w:lang w:val="it-IT"/>
        </w:rPr>
        <w:t>documentazione relativa ai crediti formativi conseguiti nell’anno 2025.</w:t>
      </w:r>
    </w:p>
    <w:p w14:paraId="087E1684" w14:textId="77777777" w:rsidR="00FA1344" w:rsidRPr="004B6249" w:rsidRDefault="00FA1344">
      <w:pPr>
        <w:spacing w:after="20"/>
        <w:rPr>
          <w:lang w:val="it-IT"/>
        </w:rPr>
      </w:pPr>
    </w:p>
    <w:p w14:paraId="79A84772" w14:textId="77777777" w:rsidR="00954EE9" w:rsidRPr="0038772C" w:rsidRDefault="00000000">
      <w:pPr>
        <w:rPr>
          <w:lang w:val="it-IT"/>
        </w:rPr>
      </w:pPr>
      <w:r w:rsidRPr="0038772C">
        <w:rPr>
          <w:b/>
          <w:lang w:val="it-IT"/>
        </w:rPr>
        <w:t>RECAPITO PER LE COMUNICAZIONI</w:t>
      </w:r>
    </w:p>
    <w:p w14:paraId="09C61495" w14:textId="77777777" w:rsidR="0038772C" w:rsidRPr="0038772C" w:rsidRDefault="0038772C" w:rsidP="0038772C">
      <w:pPr>
        <w:rPr>
          <w:lang w:val="it-IT"/>
        </w:rPr>
      </w:pPr>
      <w:r w:rsidRPr="0038772C">
        <w:rPr>
          <w:lang w:val="it-IT"/>
        </w:rPr>
        <w:t>Indirizzo / CAP</w:t>
      </w:r>
      <w:r w:rsidRPr="0038772C">
        <w:rPr>
          <w:lang w:val="it-IT"/>
        </w:rPr>
        <w:tab/>
        <w:t>____________________________________________________________</w:t>
      </w:r>
    </w:p>
    <w:p w14:paraId="0F1048C3" w14:textId="77777777" w:rsidR="0038772C" w:rsidRPr="0038772C" w:rsidRDefault="0038772C" w:rsidP="0038772C">
      <w:pPr>
        <w:rPr>
          <w:lang w:val="it-IT"/>
        </w:rPr>
      </w:pPr>
      <w:r w:rsidRPr="0038772C">
        <w:rPr>
          <w:lang w:val="it-IT"/>
        </w:rPr>
        <w:t>Comune / Provincia</w:t>
      </w:r>
      <w:r w:rsidRPr="0038772C">
        <w:rPr>
          <w:lang w:val="it-IT"/>
        </w:rPr>
        <w:tab/>
        <w:t>____________________________________________________________</w:t>
      </w:r>
    </w:p>
    <w:p w14:paraId="7EC40FE4" w14:textId="77777777" w:rsidR="0038772C" w:rsidRPr="0038772C" w:rsidRDefault="0038772C" w:rsidP="0038772C">
      <w:pPr>
        <w:rPr>
          <w:lang w:val="it-IT"/>
        </w:rPr>
      </w:pPr>
      <w:r w:rsidRPr="0038772C">
        <w:rPr>
          <w:lang w:val="it-IT"/>
        </w:rPr>
        <w:t>Telefono / cellulare</w:t>
      </w:r>
      <w:r w:rsidRPr="0038772C">
        <w:rPr>
          <w:lang w:val="it-IT"/>
        </w:rPr>
        <w:tab/>
        <w:t>____________________________________________________________</w:t>
      </w:r>
    </w:p>
    <w:p w14:paraId="5A334119" w14:textId="42A2A0BA" w:rsidR="00BE51E8" w:rsidRPr="0038772C" w:rsidRDefault="0038772C" w:rsidP="0038772C">
      <w:pPr>
        <w:rPr>
          <w:lang w:val="it-IT"/>
        </w:rPr>
      </w:pPr>
      <w:r w:rsidRPr="0038772C">
        <w:rPr>
          <w:lang w:val="it-IT"/>
        </w:rPr>
        <w:t>E-mail / PEC</w:t>
      </w:r>
      <w:r w:rsidRPr="0038772C">
        <w:rPr>
          <w:lang w:val="it-IT"/>
        </w:rPr>
        <w:tab/>
        <w:t>____________________________________________________________</w:t>
      </w:r>
    </w:p>
    <w:p w14:paraId="31EB0413" w14:textId="25DAE942" w:rsidR="00954EE9" w:rsidRPr="0038772C" w:rsidRDefault="00000000">
      <w:pPr>
        <w:rPr>
          <w:lang w:val="it-IT"/>
        </w:rPr>
      </w:pPr>
      <w:r w:rsidRPr="0038772C">
        <w:rPr>
          <w:lang w:val="it-IT"/>
        </w:rPr>
        <w:lastRenderedPageBreak/>
        <w:t>Luogo e data: __________________________________________</w:t>
      </w:r>
    </w:p>
    <w:p w14:paraId="20081835" w14:textId="77777777" w:rsidR="00954EE9" w:rsidRPr="004B6249" w:rsidRDefault="00000000">
      <w:pPr>
        <w:jc w:val="right"/>
        <w:rPr>
          <w:lang w:val="it-IT"/>
        </w:rPr>
      </w:pPr>
      <w:r w:rsidRPr="004B6249">
        <w:rPr>
          <w:b/>
          <w:lang w:val="it-IT"/>
        </w:rPr>
        <w:t>IL/LA CANDIDATO/A</w:t>
      </w:r>
      <w:r w:rsidRPr="004B6249">
        <w:rPr>
          <w:b/>
          <w:lang w:val="it-IT"/>
        </w:rPr>
        <w:br/>
        <w:t>________________________________________</w:t>
      </w:r>
      <w:r w:rsidRPr="004B6249">
        <w:rPr>
          <w:b/>
          <w:lang w:val="it-IT"/>
        </w:rPr>
        <w:br/>
        <w:t>(firma digitale o autografa)</w:t>
      </w:r>
    </w:p>
    <w:p w14:paraId="719571C8" w14:textId="77777777" w:rsidR="00954EE9" w:rsidRPr="004B6249" w:rsidRDefault="00000000">
      <w:pPr>
        <w:jc w:val="center"/>
        <w:rPr>
          <w:lang w:val="it-IT"/>
        </w:rPr>
      </w:pPr>
      <w:r w:rsidRPr="004B6249">
        <w:rPr>
          <w:b/>
          <w:lang w:val="it-IT"/>
        </w:rPr>
        <w:t>INFORMATIVA SUL TRATTAMENTO DEI DATI PERSONALI</w:t>
      </w:r>
      <w:r w:rsidRPr="004B6249">
        <w:rPr>
          <w:b/>
          <w:lang w:val="it-IT"/>
        </w:rPr>
        <w:br/>
        <w:t>(art. 13 del Regolamento (UE) 2016/679)</w:t>
      </w:r>
    </w:p>
    <w:p w14:paraId="0D3AFF45" w14:textId="77777777" w:rsidR="00954EE9" w:rsidRPr="004B6249" w:rsidRDefault="00000000">
      <w:pPr>
        <w:spacing w:after="40"/>
        <w:jc w:val="both"/>
        <w:rPr>
          <w:lang w:val="it-IT"/>
        </w:rPr>
      </w:pPr>
      <w:r w:rsidRPr="004B6249">
        <w:rPr>
          <w:b/>
          <w:lang w:val="it-IT"/>
        </w:rPr>
        <w:t xml:space="preserve">Titolare del trattamento. </w:t>
      </w:r>
      <w:r w:rsidRPr="004B6249">
        <w:rPr>
          <w:lang w:val="it-IT"/>
        </w:rPr>
        <w:t>Il Titolare del trattamento è il Comune di Bompietro, con sede in Piazza Gangi, 4 - 90020 Bompietro (PA), PEC: protocollo@pec.comune.bompietro.pa.it.</w:t>
      </w:r>
    </w:p>
    <w:p w14:paraId="2B5FA60D" w14:textId="77777777" w:rsidR="00954EE9" w:rsidRPr="004B6249" w:rsidRDefault="00000000">
      <w:pPr>
        <w:spacing w:after="40"/>
        <w:jc w:val="both"/>
        <w:rPr>
          <w:lang w:val="it-IT"/>
        </w:rPr>
      </w:pPr>
      <w:r w:rsidRPr="004B6249">
        <w:rPr>
          <w:b/>
          <w:lang w:val="it-IT"/>
        </w:rPr>
        <w:t xml:space="preserve">Finalità e base giuridica. </w:t>
      </w:r>
      <w:r w:rsidRPr="004B6249">
        <w:rPr>
          <w:lang w:val="it-IT"/>
        </w:rPr>
        <w:t xml:space="preserve">I dati personali forniti saranno trattati esclusivamente per le finalità connesse alla procedura di nomina del Revisore Unico dei Conti e per gli adempimenti conseguenti. Il trattamento è effettuato per l’adempimento di obblighi legali e per l’esecuzione di compiti di interesse pubblico o connessi all’esercizio di pubblici poteri, ai sensi dell’art. 6, par. 1, lett. c) ed </w:t>
      </w:r>
      <w:proofErr w:type="gramStart"/>
      <w:r w:rsidRPr="004B6249">
        <w:rPr>
          <w:lang w:val="it-IT"/>
        </w:rPr>
        <w:t>e</w:t>
      </w:r>
      <w:proofErr w:type="gramEnd"/>
      <w:r w:rsidRPr="004B6249">
        <w:rPr>
          <w:lang w:val="it-IT"/>
        </w:rPr>
        <w:t>), del Regolamento (UE) 2016/679.</w:t>
      </w:r>
    </w:p>
    <w:p w14:paraId="0F720C1B" w14:textId="77777777" w:rsidR="00954EE9" w:rsidRPr="004B6249" w:rsidRDefault="00000000">
      <w:pPr>
        <w:spacing w:after="40"/>
        <w:jc w:val="both"/>
        <w:rPr>
          <w:lang w:val="it-IT"/>
        </w:rPr>
      </w:pPr>
      <w:r w:rsidRPr="004B6249">
        <w:rPr>
          <w:b/>
          <w:lang w:val="it-IT"/>
        </w:rPr>
        <w:t xml:space="preserve">Natura del conferimento. </w:t>
      </w:r>
      <w:r w:rsidRPr="004B6249">
        <w:rPr>
          <w:lang w:val="it-IT"/>
        </w:rPr>
        <w:t xml:space="preserve">Il conferimento dei dati richiesti è necessario ai fini della partecipazione alla procedura. L’eventuale mancato conferimento dei dati e della documentazione </w:t>
      </w:r>
      <w:proofErr w:type="spellStart"/>
      <w:r w:rsidRPr="004B6249">
        <w:rPr>
          <w:lang w:val="it-IT"/>
        </w:rPr>
        <w:t>richiesti</w:t>
      </w:r>
      <w:proofErr w:type="spellEnd"/>
      <w:r w:rsidRPr="004B6249">
        <w:rPr>
          <w:lang w:val="it-IT"/>
        </w:rPr>
        <w:t xml:space="preserve"> può comportare l’impossibilità di ammettere o istruire la candidatura, secondo quanto previsto dall’Avviso.</w:t>
      </w:r>
    </w:p>
    <w:p w14:paraId="254710F2" w14:textId="77777777" w:rsidR="00954EE9" w:rsidRPr="004B6249" w:rsidRDefault="00000000">
      <w:pPr>
        <w:spacing w:after="40"/>
        <w:jc w:val="both"/>
        <w:rPr>
          <w:lang w:val="it-IT"/>
        </w:rPr>
      </w:pPr>
      <w:r w:rsidRPr="004B6249">
        <w:rPr>
          <w:b/>
          <w:lang w:val="it-IT"/>
        </w:rPr>
        <w:t xml:space="preserve">Modalità del trattamento e destinatari. </w:t>
      </w:r>
      <w:r w:rsidRPr="004B6249">
        <w:rPr>
          <w:lang w:val="it-IT"/>
        </w:rPr>
        <w:t>Il trattamento sarà effettuato con strumenti cartacei e informatici da personale autorizzato. I dati potranno essere comunicati ai soggetti pubblici competenti e ad altri soggetti nei casi previsti dalla legge; potranno inoltre essere oggetto di pubblicazione nei limiti imposti dalla normativa in materia di trasparenza e pubblicità amministrativa.</w:t>
      </w:r>
    </w:p>
    <w:p w14:paraId="3261E30A" w14:textId="77777777" w:rsidR="00954EE9" w:rsidRPr="004B6249" w:rsidRDefault="00000000">
      <w:pPr>
        <w:spacing w:after="40"/>
        <w:jc w:val="both"/>
        <w:rPr>
          <w:lang w:val="it-IT"/>
        </w:rPr>
      </w:pPr>
      <w:r w:rsidRPr="004B6249">
        <w:rPr>
          <w:b/>
          <w:lang w:val="it-IT"/>
        </w:rPr>
        <w:t xml:space="preserve">Conservazione. </w:t>
      </w:r>
      <w:r w:rsidRPr="004B6249">
        <w:rPr>
          <w:lang w:val="it-IT"/>
        </w:rPr>
        <w:t>I dati saranno conservati per il tempo necessario alla gestione del procedimento e, successivamente, secondo i termini previsti dalla normativa in materia di conservazione e archiviazione dei documenti amministrativi.</w:t>
      </w:r>
    </w:p>
    <w:p w14:paraId="704FC947" w14:textId="77777777" w:rsidR="00954EE9" w:rsidRPr="004B6249" w:rsidRDefault="00000000">
      <w:pPr>
        <w:spacing w:after="40"/>
        <w:jc w:val="both"/>
        <w:rPr>
          <w:lang w:val="it-IT"/>
        </w:rPr>
      </w:pPr>
      <w:r w:rsidRPr="004B6249">
        <w:rPr>
          <w:b/>
          <w:lang w:val="it-IT"/>
        </w:rPr>
        <w:t xml:space="preserve">Diritti dell’interessato. </w:t>
      </w:r>
      <w:r w:rsidRPr="004B6249">
        <w:rPr>
          <w:lang w:val="it-IT"/>
        </w:rPr>
        <w:t>L’interessato può esercitare, nei casi previsti, i diritti di cui agli artt. 15 e seguenti del Regolamento (UE) 2016/679 e può proporre reclamo al Garante per la protezione dei dati personali.</w:t>
      </w:r>
    </w:p>
    <w:p w14:paraId="3FE9900B" w14:textId="77777777" w:rsidR="00954EE9" w:rsidRPr="004B6249" w:rsidRDefault="00000000">
      <w:pPr>
        <w:spacing w:after="40"/>
        <w:jc w:val="both"/>
        <w:rPr>
          <w:lang w:val="it-IT"/>
        </w:rPr>
      </w:pPr>
      <w:r w:rsidRPr="004B6249">
        <w:rPr>
          <w:b/>
          <w:lang w:val="it-IT"/>
        </w:rPr>
        <w:t xml:space="preserve">Responsabile della protezione dei dati (RPD/DPO). </w:t>
      </w:r>
      <w:r w:rsidRPr="004B6249">
        <w:rPr>
          <w:lang w:val="it-IT"/>
        </w:rPr>
        <w:t>______________________________________________.</w:t>
      </w:r>
    </w:p>
    <w:p w14:paraId="7E47DB85" w14:textId="77777777" w:rsidR="00954EE9" w:rsidRPr="004B6249" w:rsidRDefault="00000000">
      <w:pPr>
        <w:spacing w:after="40"/>
        <w:jc w:val="both"/>
        <w:rPr>
          <w:lang w:val="it-IT"/>
        </w:rPr>
      </w:pPr>
      <w:r w:rsidRPr="004B6249">
        <w:rPr>
          <w:b/>
          <w:lang w:val="it-IT"/>
        </w:rPr>
        <w:t xml:space="preserve">Processi automatizzati. </w:t>
      </w:r>
      <w:r w:rsidRPr="004B6249">
        <w:rPr>
          <w:lang w:val="it-IT"/>
        </w:rPr>
        <w:t>Non sono previsti processi decisionali automatizzati, compresa la profilazione, ai sensi dell’art. 22 del Regolamento (UE) 2016/679.</w:t>
      </w:r>
    </w:p>
    <w:sectPr w:rsidR="00954EE9" w:rsidRPr="004B6249" w:rsidSect="00034616">
      <w:pgSz w:w="12240" w:h="15840"/>
      <w:pgMar w:top="567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FB6E86"/>
    <w:multiLevelType w:val="hybridMultilevel"/>
    <w:tmpl w:val="0E66CBFA"/>
    <w:lvl w:ilvl="0" w:tplc="FE907D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43CD6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F3D64"/>
    <w:multiLevelType w:val="hybridMultilevel"/>
    <w:tmpl w:val="8D5A3656"/>
    <w:lvl w:ilvl="0" w:tplc="4CE43B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D55F1"/>
    <w:multiLevelType w:val="hybridMultilevel"/>
    <w:tmpl w:val="7586E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92033"/>
    <w:multiLevelType w:val="hybridMultilevel"/>
    <w:tmpl w:val="8154DC46"/>
    <w:lvl w:ilvl="0" w:tplc="2D08D16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954683">
    <w:abstractNumId w:val="8"/>
  </w:num>
  <w:num w:numId="2" w16cid:durableId="2029912941">
    <w:abstractNumId w:val="6"/>
  </w:num>
  <w:num w:numId="3" w16cid:durableId="748424441">
    <w:abstractNumId w:val="5"/>
  </w:num>
  <w:num w:numId="4" w16cid:durableId="1614827044">
    <w:abstractNumId w:val="4"/>
  </w:num>
  <w:num w:numId="5" w16cid:durableId="2083480760">
    <w:abstractNumId w:val="7"/>
  </w:num>
  <w:num w:numId="6" w16cid:durableId="2125229574">
    <w:abstractNumId w:val="3"/>
  </w:num>
  <w:num w:numId="7" w16cid:durableId="1131292375">
    <w:abstractNumId w:val="2"/>
  </w:num>
  <w:num w:numId="8" w16cid:durableId="431896721">
    <w:abstractNumId w:val="1"/>
  </w:num>
  <w:num w:numId="9" w16cid:durableId="662977567">
    <w:abstractNumId w:val="0"/>
  </w:num>
  <w:num w:numId="10" w16cid:durableId="518197505">
    <w:abstractNumId w:val="12"/>
  </w:num>
  <w:num w:numId="11" w16cid:durableId="1983845460">
    <w:abstractNumId w:val="9"/>
  </w:num>
  <w:num w:numId="12" w16cid:durableId="1755858166">
    <w:abstractNumId w:val="11"/>
  </w:num>
  <w:num w:numId="13" w16cid:durableId="15125232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772C"/>
    <w:rsid w:val="004B6249"/>
    <w:rsid w:val="00954EE9"/>
    <w:rsid w:val="00AA1D8D"/>
    <w:rsid w:val="00B47730"/>
    <w:rsid w:val="00B81F0D"/>
    <w:rsid w:val="00BE51E8"/>
    <w:rsid w:val="00CB0664"/>
    <w:rsid w:val="00FA13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0825C6"/>
  <w14:defaultImageDpi w14:val="300"/>
  <w15:docId w15:val="{6EDCD44B-0829-429B-B015-1FCD5FED1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hAnsi="Times New Roman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1174</Words>
  <Characters>6697</Characters>
  <Application>Microsoft Office Word</Application>
  <DocSecurity>0</DocSecurity>
  <Lines>55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fabio delmonte</cp:lastModifiedBy>
  <cp:revision>2</cp:revision>
  <dcterms:created xsi:type="dcterms:W3CDTF">2026-09-29T09:51:00Z</dcterms:created>
  <dcterms:modified xsi:type="dcterms:W3CDTF">2026-09-29T09:51:00Z</dcterms:modified>
  <cp:category/>
</cp:coreProperties>
</file>